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87A92" w:rsidRDefault="00687A92">
      <w:pPr>
        <w:jc w:val="center"/>
      </w:pPr>
    </w:p>
    <w:p w:rsidR="00687A92" w:rsidRDefault="00687A92">
      <w:pPr>
        <w:jc w:val="center"/>
      </w:pPr>
    </w:p>
    <w:p w:rsidR="00687A92" w:rsidRDefault="00687A92">
      <w:pPr>
        <w:jc w:val="center"/>
      </w:pPr>
    </w:p>
    <w:p w:rsidR="00244BBE" w:rsidRDefault="00000000">
      <w:pPr>
        <w:jc w:val="center"/>
      </w:pPr>
      <w:r>
        <w:rPr>
          <w:noProof/>
        </w:rPr>
        <w:drawing>
          <wp:inline distT="0" distB="0" distL="0" distR="0">
            <wp:extent cx="347472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3474720" cy="3474720"/>
                    </a:xfrm>
                    <a:prstGeom prst="rect">
                      <a:avLst/>
                    </a:prstGeom>
                  </pic:spPr>
                </pic:pic>
              </a:graphicData>
            </a:graphic>
          </wp:inline>
        </w:drawing>
      </w:r>
    </w:p>
    <w:p w:rsidR="00244BBE" w:rsidRDefault="00000000">
      <w:r>
        <w:br/>
      </w:r>
    </w:p>
    <w:p w:rsidR="00244BBE" w:rsidRPr="007B22BA" w:rsidRDefault="00000000">
      <w:pPr>
        <w:jc w:val="center"/>
        <w:rPr>
          <w:rFonts w:ascii="Aptos" w:hAnsi="Aptos"/>
        </w:rPr>
      </w:pPr>
      <w:r w:rsidRPr="007B22BA">
        <w:rPr>
          <w:rFonts w:ascii="Aptos" w:hAnsi="Aptos"/>
          <w:sz w:val="40"/>
        </w:rPr>
        <w:t>Parent Handbook</w:t>
      </w:r>
    </w:p>
    <w:p w:rsidR="00244BBE" w:rsidRPr="007B22BA" w:rsidRDefault="00000000">
      <w:pPr>
        <w:jc w:val="center"/>
        <w:rPr>
          <w:rFonts w:ascii="Aptos" w:hAnsi="Aptos"/>
        </w:rPr>
      </w:pPr>
      <w:r w:rsidRPr="007B22BA">
        <w:rPr>
          <w:rFonts w:ascii="Aptos" w:hAnsi="Aptos"/>
          <w:sz w:val="28"/>
        </w:rPr>
        <w:t>2025–2026 School Year</w:t>
      </w:r>
    </w:p>
    <w:p w:rsidR="00244BBE" w:rsidRPr="007B22BA" w:rsidRDefault="00000000">
      <w:pPr>
        <w:rPr>
          <w:rFonts w:ascii="Aptos" w:hAnsi="Aptos"/>
        </w:rPr>
      </w:pPr>
      <w:r w:rsidRPr="007B22BA">
        <w:rPr>
          <w:rFonts w:ascii="Aptos" w:hAnsi="Aptos"/>
        </w:rPr>
        <w:t xml:space="preserve"> </w:t>
      </w:r>
      <w:r w:rsidRPr="007B22BA">
        <w:rPr>
          <w:rFonts w:ascii="Aptos" w:hAnsi="Aptos"/>
        </w:rPr>
        <w:br/>
      </w:r>
    </w:p>
    <w:p w:rsidR="00244BBE" w:rsidRDefault="00000000">
      <w:pPr>
        <w:jc w:val="center"/>
        <w:rPr>
          <w:rFonts w:ascii="Aptos" w:hAnsi="Aptos"/>
        </w:rPr>
      </w:pPr>
      <w:r w:rsidRPr="007B22BA">
        <w:rPr>
          <w:rFonts w:ascii="Aptos" w:hAnsi="Aptos"/>
        </w:rPr>
        <w:t>Bayside Presbyterian Church</w:t>
      </w:r>
      <w:r w:rsidRPr="007B22BA">
        <w:rPr>
          <w:rFonts w:ascii="Aptos" w:hAnsi="Aptos"/>
        </w:rPr>
        <w:br/>
        <w:t>1400 Ewell Road, Virginia Beach, VA 23455</w:t>
      </w:r>
      <w:r w:rsidRPr="007B22BA">
        <w:rPr>
          <w:rFonts w:ascii="Aptos" w:hAnsi="Aptos"/>
        </w:rPr>
        <w:br/>
        <w:t xml:space="preserve">(757) 464-0292 | </w:t>
      </w:r>
      <w:hyperlink r:id="rId7" w:history="1">
        <w:r w:rsidR="00744BC3" w:rsidRPr="00477D01">
          <w:rPr>
            <w:rStyle w:val="Hyperlink"/>
            <w:rFonts w:ascii="Aptos" w:hAnsi="Aptos"/>
          </w:rPr>
          <w:t>preschool@baysidepresby.org</w:t>
        </w:r>
      </w:hyperlink>
    </w:p>
    <w:p w:rsidR="00744BC3" w:rsidRDefault="00744BC3">
      <w:pPr>
        <w:jc w:val="center"/>
        <w:rPr>
          <w:rFonts w:ascii="Aptos" w:hAnsi="Aptos"/>
        </w:rPr>
      </w:pPr>
    </w:p>
    <w:p w:rsidR="00744BC3" w:rsidRDefault="00744BC3">
      <w:pPr>
        <w:jc w:val="center"/>
        <w:rPr>
          <w:rFonts w:ascii="Aptos" w:hAnsi="Aptos"/>
        </w:rPr>
      </w:pPr>
      <w:r>
        <w:rPr>
          <w:rFonts w:ascii="Aptos" w:hAnsi="Aptos"/>
        </w:rPr>
        <w:t>Courtney Snyder, Director</w:t>
      </w:r>
    </w:p>
    <w:p w:rsidR="00744BC3" w:rsidRPr="007B22BA" w:rsidRDefault="00744BC3">
      <w:pPr>
        <w:jc w:val="center"/>
        <w:rPr>
          <w:rFonts w:ascii="Aptos" w:hAnsi="Aptos"/>
        </w:rPr>
      </w:pPr>
      <w:r>
        <w:rPr>
          <w:rFonts w:ascii="Aptos" w:hAnsi="Aptos"/>
        </w:rPr>
        <w:t>Vicki McNamara, Administrative Assistant</w:t>
      </w:r>
    </w:p>
    <w:p w:rsidR="00244BBE" w:rsidRPr="007B22BA" w:rsidRDefault="00000000">
      <w:pPr>
        <w:rPr>
          <w:rFonts w:ascii="Aptos" w:hAnsi="Aptos"/>
        </w:rPr>
      </w:pPr>
      <w:r w:rsidRPr="007B22BA">
        <w:rPr>
          <w:rFonts w:ascii="Aptos" w:hAnsi="Aptos"/>
        </w:rPr>
        <w:br w:type="page"/>
      </w:r>
    </w:p>
    <w:p w:rsidR="00803247" w:rsidRDefault="00803247" w:rsidP="00803247">
      <w:pPr>
        <w:jc w:val="center"/>
        <w:rPr>
          <w:rFonts w:ascii="Aptos" w:hAnsi="Aptos"/>
          <w:sz w:val="24"/>
          <w:szCs w:val="24"/>
          <w:u w:val="single"/>
        </w:rPr>
      </w:pPr>
      <w:r w:rsidRPr="00803247">
        <w:rPr>
          <w:rFonts w:ascii="Aptos" w:hAnsi="Aptos"/>
          <w:b/>
          <w:bCs/>
          <w:color w:val="0070C0"/>
          <w:sz w:val="28"/>
          <w:szCs w:val="28"/>
          <w:u w:val="single"/>
        </w:rPr>
        <w:lastRenderedPageBreak/>
        <w:t>Table of Contents</w:t>
      </w:r>
    </w:p>
    <w:p w:rsidR="00803247" w:rsidRDefault="00803247" w:rsidP="00803247">
      <w:pPr>
        <w:rPr>
          <w:rFonts w:ascii="Aptos" w:hAnsi="Aptos"/>
          <w:sz w:val="24"/>
          <w:szCs w:val="24"/>
          <w:u w:val="single"/>
        </w:rPr>
      </w:pPr>
    </w:p>
    <w:p w:rsidR="00803247" w:rsidRDefault="00803247" w:rsidP="00803247">
      <w:pPr>
        <w:rPr>
          <w:rFonts w:ascii="Aptos" w:hAnsi="Aptos"/>
          <w:sz w:val="24"/>
          <w:szCs w:val="24"/>
        </w:rPr>
      </w:pPr>
      <w:r>
        <w:rPr>
          <w:rFonts w:ascii="Aptos" w:hAnsi="Aptos"/>
          <w:sz w:val="24"/>
          <w:szCs w:val="24"/>
        </w:rPr>
        <w:t>Letter from the Director…………………………………………………………………………………………………………… 2</w:t>
      </w:r>
    </w:p>
    <w:p w:rsidR="00803247" w:rsidRDefault="00803247" w:rsidP="00803247">
      <w:pPr>
        <w:rPr>
          <w:rFonts w:ascii="Aptos" w:hAnsi="Aptos"/>
          <w:sz w:val="24"/>
          <w:szCs w:val="24"/>
        </w:rPr>
      </w:pPr>
      <w:r>
        <w:rPr>
          <w:rFonts w:ascii="Aptos" w:hAnsi="Aptos"/>
          <w:sz w:val="24"/>
          <w:szCs w:val="24"/>
        </w:rPr>
        <w:t>Program Information………………………………………………………………………………………………………………. 3</w:t>
      </w:r>
    </w:p>
    <w:p w:rsidR="00803247" w:rsidRDefault="00564A09" w:rsidP="00803247">
      <w:pPr>
        <w:rPr>
          <w:rFonts w:ascii="Aptos" w:hAnsi="Aptos"/>
          <w:sz w:val="24"/>
          <w:szCs w:val="24"/>
        </w:rPr>
      </w:pPr>
      <w:r>
        <w:rPr>
          <w:rFonts w:ascii="Aptos" w:hAnsi="Aptos"/>
          <w:sz w:val="24"/>
          <w:szCs w:val="24"/>
        </w:rPr>
        <w:t>Admissions…………………………………………………………………………………………………………………………… 4</w:t>
      </w:r>
    </w:p>
    <w:p w:rsidR="00564A09" w:rsidRDefault="00564A09" w:rsidP="00803247">
      <w:pPr>
        <w:rPr>
          <w:rFonts w:ascii="Aptos" w:hAnsi="Aptos"/>
          <w:sz w:val="24"/>
          <w:szCs w:val="24"/>
        </w:rPr>
      </w:pPr>
      <w:r>
        <w:rPr>
          <w:rFonts w:ascii="Aptos" w:hAnsi="Aptos"/>
          <w:sz w:val="24"/>
          <w:szCs w:val="24"/>
        </w:rPr>
        <w:t>Staff Requirements………………………………………………………………………………………………………………… 5</w:t>
      </w:r>
    </w:p>
    <w:p w:rsidR="00564A09" w:rsidRDefault="00564A09" w:rsidP="00803247">
      <w:pPr>
        <w:rPr>
          <w:rFonts w:ascii="Aptos" w:hAnsi="Aptos"/>
          <w:sz w:val="24"/>
          <w:szCs w:val="24"/>
        </w:rPr>
      </w:pPr>
      <w:r>
        <w:rPr>
          <w:rFonts w:ascii="Aptos" w:hAnsi="Aptos"/>
          <w:sz w:val="24"/>
          <w:szCs w:val="24"/>
        </w:rPr>
        <w:t>Tuition and Payment Policy……………………………………………………………………………………………………… 5</w:t>
      </w:r>
    </w:p>
    <w:p w:rsidR="00564A09" w:rsidRDefault="00564A09" w:rsidP="00803247">
      <w:pPr>
        <w:rPr>
          <w:rFonts w:ascii="Aptos" w:hAnsi="Aptos"/>
          <w:sz w:val="24"/>
          <w:szCs w:val="24"/>
        </w:rPr>
      </w:pPr>
      <w:r>
        <w:rPr>
          <w:rFonts w:ascii="Aptos" w:hAnsi="Aptos"/>
          <w:sz w:val="24"/>
          <w:szCs w:val="24"/>
        </w:rPr>
        <w:t>Attendance Policy………………………………………………………………………………………………………………......5</w:t>
      </w:r>
    </w:p>
    <w:p w:rsidR="00564A09" w:rsidRDefault="00564A09" w:rsidP="00803247">
      <w:pPr>
        <w:rPr>
          <w:rFonts w:ascii="Aptos" w:hAnsi="Aptos"/>
          <w:sz w:val="24"/>
          <w:szCs w:val="24"/>
        </w:rPr>
      </w:pPr>
      <w:r>
        <w:rPr>
          <w:rFonts w:ascii="Aptos" w:hAnsi="Aptos"/>
          <w:sz w:val="24"/>
          <w:szCs w:val="24"/>
        </w:rPr>
        <w:t>Drop-Off and Pick-Up Procedures…………………………………………………………………………………………......6</w:t>
      </w:r>
    </w:p>
    <w:p w:rsidR="00564A09" w:rsidRDefault="00564A09" w:rsidP="00803247">
      <w:pPr>
        <w:rPr>
          <w:rFonts w:ascii="Aptos" w:hAnsi="Aptos"/>
          <w:sz w:val="24"/>
          <w:szCs w:val="24"/>
        </w:rPr>
      </w:pPr>
      <w:r>
        <w:rPr>
          <w:rFonts w:ascii="Aptos" w:hAnsi="Aptos"/>
          <w:sz w:val="24"/>
          <w:szCs w:val="24"/>
        </w:rPr>
        <w:t>Communication.................................................................................................................................6</w:t>
      </w:r>
    </w:p>
    <w:p w:rsidR="00564A09" w:rsidRDefault="00564A09" w:rsidP="00803247">
      <w:pPr>
        <w:rPr>
          <w:rFonts w:ascii="Aptos" w:hAnsi="Aptos"/>
          <w:sz w:val="24"/>
          <w:szCs w:val="24"/>
        </w:rPr>
      </w:pPr>
      <w:r>
        <w:rPr>
          <w:rFonts w:ascii="Aptos" w:hAnsi="Aptos"/>
          <w:sz w:val="24"/>
          <w:szCs w:val="24"/>
        </w:rPr>
        <w:t>Volunteer Opportunities.....................................................................................................................7</w:t>
      </w:r>
    </w:p>
    <w:p w:rsidR="00564A09" w:rsidRDefault="00564A09" w:rsidP="00803247">
      <w:pPr>
        <w:rPr>
          <w:rFonts w:ascii="Aptos" w:hAnsi="Aptos"/>
          <w:sz w:val="24"/>
          <w:szCs w:val="24"/>
        </w:rPr>
      </w:pPr>
      <w:r>
        <w:rPr>
          <w:rFonts w:ascii="Aptos" w:hAnsi="Aptos"/>
          <w:sz w:val="24"/>
          <w:szCs w:val="24"/>
        </w:rPr>
        <w:t>Behavior Policy.................................................................................................................................. 7</w:t>
      </w:r>
    </w:p>
    <w:p w:rsidR="00564A09" w:rsidRDefault="00564A09" w:rsidP="00803247">
      <w:pPr>
        <w:rPr>
          <w:rFonts w:ascii="Aptos" w:hAnsi="Aptos"/>
          <w:sz w:val="24"/>
          <w:szCs w:val="24"/>
        </w:rPr>
      </w:pPr>
      <w:r>
        <w:rPr>
          <w:rFonts w:ascii="Aptos" w:hAnsi="Aptos"/>
          <w:sz w:val="24"/>
          <w:szCs w:val="24"/>
        </w:rPr>
        <w:t>Termination Policy..............................................................................................................................</w:t>
      </w:r>
      <w:r w:rsidR="005A2605">
        <w:rPr>
          <w:rFonts w:ascii="Aptos" w:hAnsi="Aptos"/>
          <w:sz w:val="24"/>
          <w:szCs w:val="24"/>
        </w:rPr>
        <w:t>7</w:t>
      </w:r>
    </w:p>
    <w:p w:rsidR="002761AC" w:rsidRDefault="002761AC" w:rsidP="00803247">
      <w:pPr>
        <w:rPr>
          <w:rFonts w:ascii="Aptos" w:hAnsi="Aptos"/>
          <w:sz w:val="24"/>
          <w:szCs w:val="24"/>
        </w:rPr>
      </w:pPr>
      <w:r>
        <w:rPr>
          <w:rFonts w:ascii="Aptos" w:hAnsi="Aptos"/>
          <w:sz w:val="24"/>
          <w:szCs w:val="24"/>
        </w:rPr>
        <w:t>Health and Safety...............................................................................................................................8</w:t>
      </w:r>
    </w:p>
    <w:p w:rsidR="002761AC" w:rsidRDefault="002761AC" w:rsidP="00803247">
      <w:pPr>
        <w:rPr>
          <w:rFonts w:ascii="Aptos" w:hAnsi="Aptos"/>
          <w:sz w:val="24"/>
          <w:szCs w:val="24"/>
        </w:rPr>
      </w:pPr>
      <w:r>
        <w:rPr>
          <w:rFonts w:ascii="Aptos" w:hAnsi="Aptos"/>
          <w:sz w:val="24"/>
          <w:szCs w:val="24"/>
        </w:rPr>
        <w:t>Emergency Procedures.......................................................................................................................9</w:t>
      </w:r>
    </w:p>
    <w:p w:rsidR="002761AC" w:rsidRDefault="00EA49AC" w:rsidP="00803247">
      <w:pPr>
        <w:rPr>
          <w:rFonts w:ascii="Aptos" w:hAnsi="Aptos"/>
          <w:sz w:val="24"/>
          <w:szCs w:val="24"/>
        </w:rPr>
      </w:pPr>
      <w:r>
        <w:rPr>
          <w:rFonts w:ascii="Aptos" w:hAnsi="Aptos"/>
          <w:sz w:val="24"/>
          <w:szCs w:val="24"/>
        </w:rPr>
        <w:t>General Policies.................................................................................................................................10</w:t>
      </w:r>
    </w:p>
    <w:p w:rsidR="00564A09" w:rsidRDefault="00564A09" w:rsidP="00803247">
      <w:pPr>
        <w:rPr>
          <w:rFonts w:ascii="Aptos" w:hAnsi="Aptos"/>
          <w:sz w:val="24"/>
          <w:szCs w:val="24"/>
        </w:rPr>
      </w:pPr>
    </w:p>
    <w:p w:rsidR="00FF7F5D" w:rsidRDefault="00FF7F5D" w:rsidP="00803247">
      <w:pPr>
        <w:rPr>
          <w:rFonts w:ascii="Aptos" w:hAnsi="Aptos"/>
          <w:sz w:val="24"/>
          <w:szCs w:val="24"/>
        </w:rPr>
      </w:pPr>
    </w:p>
    <w:p w:rsidR="00FF7F5D" w:rsidRPr="00070EC9" w:rsidRDefault="00070EC9" w:rsidP="00803247">
      <w:pPr>
        <w:rPr>
          <w:rFonts w:ascii="Aptos" w:hAnsi="Aptos"/>
          <w:sz w:val="36"/>
          <w:szCs w:val="36"/>
        </w:rPr>
      </w:pPr>
      <w:r w:rsidRPr="00070EC9">
        <w:rPr>
          <w:rFonts w:ascii="Aptos" w:hAnsi="Aptos"/>
          <w:sz w:val="36"/>
          <w:szCs w:val="36"/>
        </w:rPr>
        <w:t>**</w:t>
      </w:r>
      <w:r w:rsidR="00FF7F5D" w:rsidRPr="00070EC9">
        <w:rPr>
          <w:rFonts w:ascii="Aptos" w:hAnsi="Aptos"/>
          <w:sz w:val="36"/>
          <w:szCs w:val="36"/>
        </w:rPr>
        <w:t xml:space="preserve">A Parent Acknowledgement form is located at the back of the Parent Handbook.  Please sign and return it after reviewing the </w:t>
      </w:r>
      <w:proofErr w:type="gramStart"/>
      <w:r w:rsidR="00FF7F5D" w:rsidRPr="00070EC9">
        <w:rPr>
          <w:rFonts w:ascii="Aptos" w:hAnsi="Aptos"/>
          <w:sz w:val="36"/>
          <w:szCs w:val="36"/>
        </w:rPr>
        <w:t>handbook</w:t>
      </w:r>
      <w:r>
        <w:rPr>
          <w:rFonts w:ascii="Aptos" w:hAnsi="Aptos"/>
          <w:sz w:val="36"/>
          <w:szCs w:val="36"/>
        </w:rPr>
        <w:t>.</w:t>
      </w:r>
      <w:r w:rsidRPr="00070EC9">
        <w:rPr>
          <w:rFonts w:ascii="Aptos" w:hAnsi="Aptos"/>
          <w:sz w:val="36"/>
          <w:szCs w:val="36"/>
        </w:rPr>
        <w:t>*</w:t>
      </w:r>
      <w:proofErr w:type="gramEnd"/>
      <w:r w:rsidRPr="00070EC9">
        <w:rPr>
          <w:rFonts w:ascii="Aptos" w:hAnsi="Aptos"/>
          <w:sz w:val="36"/>
          <w:szCs w:val="36"/>
        </w:rPr>
        <w:t>*</w:t>
      </w:r>
    </w:p>
    <w:p w:rsidR="00803247" w:rsidRDefault="00803247">
      <w:pPr>
        <w:rPr>
          <w:rFonts w:ascii="Aptos" w:hAnsi="Aptos"/>
          <w:b/>
          <w:bCs/>
          <w:color w:val="0070C0"/>
          <w:sz w:val="28"/>
          <w:szCs w:val="28"/>
        </w:rPr>
      </w:pPr>
    </w:p>
    <w:p w:rsidR="00803247" w:rsidRDefault="00803247">
      <w:pPr>
        <w:rPr>
          <w:rFonts w:ascii="Aptos" w:hAnsi="Aptos"/>
          <w:b/>
          <w:bCs/>
          <w:color w:val="0070C0"/>
          <w:sz w:val="28"/>
          <w:szCs w:val="28"/>
        </w:rPr>
      </w:pPr>
    </w:p>
    <w:p w:rsidR="00803247" w:rsidRDefault="00803247">
      <w:pPr>
        <w:rPr>
          <w:rFonts w:ascii="Aptos" w:hAnsi="Aptos"/>
          <w:b/>
          <w:bCs/>
          <w:color w:val="0070C0"/>
          <w:sz w:val="28"/>
          <w:szCs w:val="28"/>
        </w:rPr>
      </w:pPr>
    </w:p>
    <w:p w:rsidR="00803247" w:rsidRDefault="00803247">
      <w:pPr>
        <w:rPr>
          <w:rFonts w:ascii="Aptos" w:hAnsi="Aptos"/>
          <w:b/>
          <w:bCs/>
          <w:color w:val="0070C0"/>
          <w:sz w:val="28"/>
          <w:szCs w:val="28"/>
        </w:rPr>
      </w:pPr>
    </w:p>
    <w:p w:rsidR="00803247" w:rsidRDefault="00803247">
      <w:pPr>
        <w:rPr>
          <w:rFonts w:ascii="Aptos" w:hAnsi="Aptos"/>
          <w:b/>
          <w:bCs/>
          <w:color w:val="0070C0"/>
          <w:sz w:val="28"/>
          <w:szCs w:val="28"/>
        </w:rPr>
      </w:pPr>
    </w:p>
    <w:p w:rsidR="00687A92" w:rsidRPr="00687A92" w:rsidRDefault="00687A92">
      <w:pPr>
        <w:rPr>
          <w:rFonts w:ascii="Aptos" w:hAnsi="Aptos"/>
          <w:b/>
          <w:bCs/>
          <w:color w:val="0070C0"/>
          <w:sz w:val="28"/>
          <w:szCs w:val="28"/>
        </w:rPr>
      </w:pPr>
      <w:r w:rsidRPr="00687A92">
        <w:rPr>
          <w:rFonts w:ascii="Aptos" w:hAnsi="Aptos"/>
          <w:b/>
          <w:bCs/>
          <w:color w:val="0070C0"/>
          <w:sz w:val="28"/>
          <w:szCs w:val="28"/>
        </w:rPr>
        <w:t>From the Director</w:t>
      </w:r>
    </w:p>
    <w:p w:rsidR="007B22BA" w:rsidRPr="00687A92" w:rsidRDefault="007B22BA">
      <w:pPr>
        <w:rPr>
          <w:rFonts w:ascii="Aptos" w:hAnsi="Aptos"/>
          <w:sz w:val="24"/>
          <w:szCs w:val="24"/>
        </w:rPr>
      </w:pPr>
      <w:r w:rsidRPr="00687A92">
        <w:rPr>
          <w:rFonts w:ascii="Aptos" w:hAnsi="Aptos"/>
          <w:sz w:val="24"/>
          <w:szCs w:val="24"/>
        </w:rPr>
        <w:t>Dear Parents,</w:t>
      </w:r>
    </w:p>
    <w:p w:rsidR="00687A92" w:rsidRPr="00687A92" w:rsidRDefault="007B22BA">
      <w:pPr>
        <w:rPr>
          <w:rFonts w:ascii="Aptos" w:hAnsi="Aptos"/>
          <w:sz w:val="24"/>
          <w:szCs w:val="24"/>
        </w:rPr>
      </w:pPr>
      <w:r w:rsidRPr="00687A92">
        <w:rPr>
          <w:rFonts w:ascii="Aptos" w:hAnsi="Aptos"/>
          <w:sz w:val="24"/>
          <w:szCs w:val="24"/>
        </w:rPr>
        <w:t>Welcome to a new school year at Bayside Presbyterian Preschool and Kindergarten!  We’re thrilled to have you and your child join us, and we’re looking forward to a year full of joyful learning and growth.  Thank you for trusting us with this important chapter in your child’s life.</w:t>
      </w:r>
      <w:r w:rsidR="00687A92" w:rsidRPr="00687A92">
        <w:rPr>
          <w:rFonts w:ascii="Aptos" w:hAnsi="Aptos"/>
          <w:sz w:val="24"/>
          <w:szCs w:val="24"/>
        </w:rPr>
        <w:t xml:space="preserve">  </w:t>
      </w:r>
    </w:p>
    <w:p w:rsidR="005D1EF1" w:rsidRDefault="005D1EF1">
      <w:pPr>
        <w:rPr>
          <w:rFonts w:ascii="Aptos" w:hAnsi="Aptos"/>
          <w:sz w:val="24"/>
          <w:szCs w:val="24"/>
        </w:rPr>
      </w:pPr>
      <w:r>
        <w:rPr>
          <w:rFonts w:ascii="Aptos" w:hAnsi="Aptos"/>
          <w:sz w:val="24"/>
          <w:szCs w:val="24"/>
        </w:rPr>
        <w:t>BPP has come a long way since its beginning over 30</w:t>
      </w:r>
      <w:r w:rsidR="00FF7F5D">
        <w:rPr>
          <w:rFonts w:ascii="Aptos" w:hAnsi="Aptos"/>
          <w:sz w:val="24"/>
          <w:szCs w:val="24"/>
        </w:rPr>
        <w:t xml:space="preserve"> </w:t>
      </w:r>
      <w:r>
        <w:rPr>
          <w:rFonts w:ascii="Aptos" w:hAnsi="Aptos"/>
          <w:sz w:val="24"/>
          <w:szCs w:val="24"/>
        </w:rPr>
        <w:t xml:space="preserve">years ago as a volunteer-run Mom’s Morning Out.  Today, our dedicated team of 20+ early childhood professionals, alongside church staff, guest instructors, and amazing parent volunteers, work together to create enriching, age-appropriate experiences for every child.  </w:t>
      </w:r>
    </w:p>
    <w:p w:rsidR="00687A92" w:rsidRPr="00687A92" w:rsidRDefault="007B22BA">
      <w:pPr>
        <w:rPr>
          <w:rFonts w:ascii="Aptos" w:hAnsi="Aptos"/>
          <w:sz w:val="24"/>
          <w:szCs w:val="24"/>
        </w:rPr>
      </w:pPr>
      <w:r w:rsidRPr="00687A92">
        <w:rPr>
          <w:rFonts w:ascii="Aptos" w:hAnsi="Aptos"/>
          <w:sz w:val="24"/>
          <w:szCs w:val="24"/>
        </w:rPr>
        <w:t xml:space="preserve">This </w:t>
      </w:r>
      <w:r w:rsidRPr="00687A92">
        <w:rPr>
          <w:rFonts w:ascii="Aptos" w:hAnsi="Aptos"/>
          <w:b/>
          <w:bCs/>
          <w:sz w:val="24"/>
          <w:szCs w:val="24"/>
        </w:rPr>
        <w:t>Parent Handbook</w:t>
      </w:r>
      <w:r w:rsidRPr="00687A92">
        <w:rPr>
          <w:rFonts w:ascii="Aptos" w:hAnsi="Aptos"/>
          <w:sz w:val="24"/>
          <w:szCs w:val="24"/>
        </w:rPr>
        <w:t xml:space="preserve"> </w:t>
      </w:r>
      <w:r w:rsidR="00687A92">
        <w:rPr>
          <w:rFonts w:ascii="Aptos" w:hAnsi="Aptos"/>
          <w:sz w:val="24"/>
          <w:szCs w:val="24"/>
        </w:rPr>
        <w:t xml:space="preserve">has been prepared to </w:t>
      </w:r>
      <w:r w:rsidRPr="00687A92">
        <w:rPr>
          <w:rFonts w:ascii="Aptos" w:hAnsi="Aptos"/>
          <w:sz w:val="24"/>
          <w:szCs w:val="24"/>
        </w:rPr>
        <w:t xml:space="preserve">help you understand our program’s policies, procedures, and goals.  </w:t>
      </w:r>
    </w:p>
    <w:p w:rsidR="007B22BA" w:rsidRPr="00687A92" w:rsidRDefault="007B22BA">
      <w:pPr>
        <w:rPr>
          <w:rFonts w:ascii="Aptos" w:hAnsi="Aptos"/>
          <w:sz w:val="24"/>
          <w:szCs w:val="24"/>
        </w:rPr>
      </w:pPr>
      <w:r w:rsidRPr="00687A92">
        <w:rPr>
          <w:rFonts w:ascii="Aptos" w:hAnsi="Aptos"/>
          <w:sz w:val="24"/>
          <w:szCs w:val="24"/>
        </w:rPr>
        <w:t>We love partnering with families!  Whether you have questio</w:t>
      </w:r>
      <w:r w:rsidR="00687A92" w:rsidRPr="00687A92">
        <w:rPr>
          <w:rFonts w:ascii="Aptos" w:hAnsi="Aptos"/>
          <w:sz w:val="24"/>
          <w:szCs w:val="24"/>
        </w:rPr>
        <w:t>n</w:t>
      </w:r>
      <w:r w:rsidRPr="00687A92">
        <w:rPr>
          <w:rFonts w:ascii="Aptos" w:hAnsi="Aptos"/>
          <w:sz w:val="24"/>
          <w:szCs w:val="24"/>
        </w:rPr>
        <w:t>s, ideas, or talents to share, please don’t hesitate to reach out to your child’s teacher or to me directly.  There are many ways to get involved, and we’d love to have you be part of the fun.</w:t>
      </w:r>
    </w:p>
    <w:p w:rsidR="007B22BA" w:rsidRPr="00687A92" w:rsidRDefault="007B22BA">
      <w:pPr>
        <w:rPr>
          <w:rFonts w:ascii="Aptos" w:hAnsi="Aptos"/>
          <w:sz w:val="24"/>
          <w:szCs w:val="24"/>
        </w:rPr>
      </w:pPr>
      <w:r w:rsidRPr="00687A92">
        <w:rPr>
          <w:rFonts w:ascii="Aptos" w:hAnsi="Aptos"/>
          <w:sz w:val="24"/>
          <w:szCs w:val="24"/>
        </w:rPr>
        <w:t>Welcome to the Bayside family!</w:t>
      </w:r>
    </w:p>
    <w:p w:rsidR="007B22BA" w:rsidRPr="00687A92" w:rsidRDefault="007B22BA">
      <w:pPr>
        <w:rPr>
          <w:rFonts w:ascii="Aptos" w:hAnsi="Aptos"/>
          <w:sz w:val="24"/>
          <w:szCs w:val="24"/>
        </w:rPr>
      </w:pPr>
      <w:r w:rsidRPr="00687A92">
        <w:rPr>
          <w:rFonts w:ascii="Aptos" w:hAnsi="Aptos"/>
          <w:sz w:val="24"/>
          <w:szCs w:val="24"/>
        </w:rPr>
        <w:t xml:space="preserve">Warmly, </w:t>
      </w:r>
    </w:p>
    <w:p w:rsidR="007B22BA" w:rsidRPr="00687A92" w:rsidRDefault="007B22BA" w:rsidP="007B22BA">
      <w:pPr>
        <w:spacing w:after="0"/>
        <w:rPr>
          <w:rFonts w:ascii="Aptos" w:hAnsi="Aptos"/>
          <w:sz w:val="24"/>
          <w:szCs w:val="24"/>
        </w:rPr>
      </w:pPr>
      <w:r w:rsidRPr="00687A92">
        <w:rPr>
          <w:rFonts w:ascii="Aptos" w:hAnsi="Aptos"/>
          <w:sz w:val="24"/>
          <w:szCs w:val="24"/>
        </w:rPr>
        <w:t>Courtney Snyder</w:t>
      </w:r>
    </w:p>
    <w:p w:rsidR="007B22BA" w:rsidRPr="00687A92" w:rsidRDefault="007B22BA" w:rsidP="007B22BA">
      <w:pPr>
        <w:spacing w:after="0"/>
        <w:rPr>
          <w:rFonts w:ascii="Aptos" w:hAnsi="Aptos"/>
          <w:sz w:val="24"/>
          <w:szCs w:val="24"/>
        </w:rPr>
      </w:pPr>
      <w:r w:rsidRPr="00687A92">
        <w:rPr>
          <w:rFonts w:ascii="Aptos" w:hAnsi="Aptos"/>
          <w:sz w:val="24"/>
          <w:szCs w:val="24"/>
        </w:rPr>
        <w:t>Director, Bayside Presbyterian Preschool</w:t>
      </w:r>
      <w:r w:rsidR="00DD69CB">
        <w:rPr>
          <w:rFonts w:ascii="Aptos" w:hAnsi="Aptos"/>
          <w:sz w:val="24"/>
          <w:szCs w:val="24"/>
        </w:rPr>
        <w:t xml:space="preserve"> and Kindergarten</w:t>
      </w:r>
    </w:p>
    <w:p w:rsidR="00687A92" w:rsidRPr="00687A92" w:rsidRDefault="00687A92" w:rsidP="007B22BA">
      <w:pPr>
        <w:spacing w:after="0"/>
        <w:rPr>
          <w:rFonts w:ascii="Aptos" w:hAnsi="Aptos"/>
          <w:sz w:val="24"/>
          <w:szCs w:val="24"/>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Default="00687A92" w:rsidP="007B22BA">
      <w:pPr>
        <w:spacing w:after="0"/>
        <w:rPr>
          <w:rFonts w:ascii="Aptos" w:hAnsi="Aptos"/>
        </w:rPr>
      </w:pPr>
    </w:p>
    <w:p w:rsidR="00687A92" w:rsidRPr="00803247" w:rsidRDefault="00803247" w:rsidP="00803247">
      <w:pPr>
        <w:spacing w:after="0"/>
        <w:jc w:val="center"/>
        <w:rPr>
          <w:rFonts w:ascii="Aptos" w:hAnsi="Aptos"/>
          <w:b/>
          <w:bCs/>
        </w:rPr>
      </w:pPr>
      <w:r>
        <w:rPr>
          <w:rFonts w:ascii="Aptos" w:hAnsi="Aptos"/>
          <w:b/>
          <w:bCs/>
        </w:rPr>
        <w:t>2</w:t>
      </w:r>
    </w:p>
    <w:p w:rsidR="00687A92" w:rsidRDefault="00687A92" w:rsidP="007B22BA">
      <w:pPr>
        <w:spacing w:after="0"/>
        <w:rPr>
          <w:rFonts w:ascii="Aptos" w:hAnsi="Aptos"/>
          <w:b/>
          <w:bCs/>
          <w:color w:val="0070C0"/>
          <w:sz w:val="28"/>
          <w:szCs w:val="28"/>
        </w:rPr>
      </w:pPr>
      <w:r w:rsidRPr="00687A92">
        <w:rPr>
          <w:rFonts w:ascii="Aptos" w:hAnsi="Aptos"/>
          <w:b/>
          <w:bCs/>
          <w:color w:val="0070C0"/>
          <w:sz w:val="28"/>
          <w:szCs w:val="28"/>
        </w:rPr>
        <w:t>Program Information</w:t>
      </w:r>
    </w:p>
    <w:p w:rsidR="00687A92" w:rsidRDefault="00687A92" w:rsidP="007B22BA">
      <w:pPr>
        <w:spacing w:after="0"/>
        <w:rPr>
          <w:rFonts w:ascii="Aptos" w:hAnsi="Aptos"/>
          <w:b/>
          <w:bCs/>
          <w:color w:val="0070C0"/>
          <w:sz w:val="28"/>
          <w:szCs w:val="28"/>
        </w:rPr>
      </w:pPr>
    </w:p>
    <w:p w:rsidR="00E77E5A" w:rsidRDefault="00687A92" w:rsidP="007B22BA">
      <w:pPr>
        <w:spacing w:after="0"/>
        <w:rPr>
          <w:rStyle w:val="uv3um"/>
          <w:rFonts w:ascii="Aptos" w:hAnsi="Aptos"/>
          <w:color w:val="001D35"/>
          <w:sz w:val="24"/>
          <w:szCs w:val="24"/>
          <w:shd w:val="clear" w:color="auto" w:fill="FFFFFF"/>
        </w:rPr>
      </w:pPr>
      <w:r w:rsidRPr="002761AC">
        <w:rPr>
          <w:rFonts w:ascii="Aptos" w:hAnsi="Aptos"/>
          <w:sz w:val="24"/>
          <w:szCs w:val="24"/>
        </w:rPr>
        <w:t xml:space="preserve">Bayside Presbyterian Preschool and Kindergarten </w:t>
      </w:r>
      <w:proofErr w:type="gramStart"/>
      <w:r w:rsidRPr="002761AC">
        <w:rPr>
          <w:rFonts w:ascii="Aptos" w:hAnsi="Aptos"/>
          <w:sz w:val="24"/>
          <w:szCs w:val="24"/>
        </w:rPr>
        <w:t>operates</w:t>
      </w:r>
      <w:proofErr w:type="gramEnd"/>
      <w:r w:rsidRPr="002761AC">
        <w:rPr>
          <w:rFonts w:ascii="Aptos" w:hAnsi="Aptos"/>
          <w:sz w:val="24"/>
          <w:szCs w:val="24"/>
        </w:rPr>
        <w:t xml:space="preserve"> as a</w:t>
      </w:r>
      <w:r w:rsidR="00275C2C" w:rsidRPr="002761AC">
        <w:rPr>
          <w:rFonts w:ascii="Aptos" w:hAnsi="Aptos"/>
          <w:sz w:val="24"/>
          <w:szCs w:val="24"/>
        </w:rPr>
        <w:t xml:space="preserve">n outreach ministry of Bayside Presbyterian Church (USA), serving the Virginia Beach community as a religiously exempt educational program.  As </w:t>
      </w:r>
      <w:r w:rsidR="00FF7F5D">
        <w:rPr>
          <w:rFonts w:ascii="Aptos" w:hAnsi="Aptos"/>
          <w:sz w:val="24"/>
          <w:szCs w:val="24"/>
        </w:rPr>
        <w:t>such</w:t>
      </w:r>
      <w:r w:rsidR="00275C2C" w:rsidRPr="002761AC">
        <w:rPr>
          <w:rFonts w:ascii="Aptos" w:hAnsi="Aptos"/>
          <w:sz w:val="24"/>
          <w:szCs w:val="24"/>
        </w:rPr>
        <w:t xml:space="preserve">, we are exempt from licensure but </w:t>
      </w:r>
      <w:r w:rsidR="00275C2C" w:rsidRPr="002761AC">
        <w:rPr>
          <w:rFonts w:ascii="Aptos" w:hAnsi="Aptos"/>
          <w:color w:val="001D35"/>
          <w:sz w:val="24"/>
          <w:szCs w:val="24"/>
          <w:shd w:val="clear" w:color="auto" w:fill="FFFFFF"/>
        </w:rPr>
        <w:t xml:space="preserve">must submit annual statements and provide required documents, such as </w:t>
      </w:r>
      <w:r w:rsidR="007568F3" w:rsidRPr="002761AC">
        <w:rPr>
          <w:rFonts w:ascii="Aptos" w:hAnsi="Aptos"/>
          <w:color w:val="001D35"/>
          <w:sz w:val="24"/>
          <w:szCs w:val="24"/>
          <w:shd w:val="clear" w:color="auto" w:fill="FFFFFF"/>
        </w:rPr>
        <w:t xml:space="preserve">annual </w:t>
      </w:r>
      <w:r w:rsidR="00275C2C" w:rsidRPr="002761AC">
        <w:rPr>
          <w:rFonts w:ascii="Aptos" w:hAnsi="Aptos"/>
          <w:color w:val="001D35"/>
          <w:sz w:val="24"/>
          <w:szCs w:val="24"/>
          <w:shd w:val="clear" w:color="auto" w:fill="FFFFFF"/>
        </w:rPr>
        <w:t>fire and environmental health inspection reports, to maintain our exemption.</w:t>
      </w:r>
      <w:r w:rsidR="00275C2C" w:rsidRPr="002761AC">
        <w:rPr>
          <w:rStyle w:val="uv3um"/>
          <w:rFonts w:ascii="Aptos" w:hAnsi="Aptos"/>
          <w:color w:val="001D35"/>
          <w:sz w:val="24"/>
          <w:szCs w:val="24"/>
          <w:shd w:val="clear" w:color="auto" w:fill="FFFFFF"/>
        </w:rPr>
        <w:t xml:space="preserve">  </w:t>
      </w:r>
      <w:r w:rsidR="00E73FCE" w:rsidRPr="002761AC">
        <w:rPr>
          <w:rStyle w:val="uv3um"/>
          <w:rFonts w:ascii="Aptos" w:hAnsi="Aptos"/>
          <w:color w:val="001D35"/>
          <w:sz w:val="24"/>
          <w:szCs w:val="24"/>
          <w:shd w:val="clear" w:color="auto" w:fill="FFFFFF"/>
        </w:rPr>
        <w:t>BPP also operates under a 501</w:t>
      </w:r>
      <w:r w:rsidR="007568F3" w:rsidRPr="002761AC">
        <w:rPr>
          <w:rStyle w:val="uv3um"/>
          <w:rFonts w:ascii="Aptos" w:hAnsi="Aptos"/>
          <w:color w:val="001D35"/>
          <w:sz w:val="24"/>
          <w:szCs w:val="24"/>
          <w:shd w:val="clear" w:color="auto" w:fill="FFFFFF"/>
        </w:rPr>
        <w:t>C</w:t>
      </w:r>
      <w:r w:rsidR="00E73FCE" w:rsidRPr="002761AC">
        <w:rPr>
          <w:rStyle w:val="uv3um"/>
          <w:rFonts w:ascii="Aptos" w:hAnsi="Aptos"/>
          <w:color w:val="001D35"/>
          <w:sz w:val="24"/>
          <w:szCs w:val="24"/>
          <w:shd w:val="clear" w:color="auto" w:fill="FFFFFF"/>
        </w:rPr>
        <w:t xml:space="preserve"> tax exempt status.  </w:t>
      </w:r>
    </w:p>
    <w:p w:rsidR="00E77E5A" w:rsidRDefault="00E77E5A" w:rsidP="007B22BA">
      <w:pPr>
        <w:spacing w:after="0"/>
        <w:rPr>
          <w:rStyle w:val="uv3um"/>
          <w:rFonts w:ascii="Aptos" w:hAnsi="Aptos"/>
          <w:color w:val="001D35"/>
          <w:sz w:val="24"/>
          <w:szCs w:val="24"/>
          <w:shd w:val="clear" w:color="auto" w:fill="FFFFFF"/>
        </w:rPr>
      </w:pPr>
    </w:p>
    <w:p w:rsidR="00687A92" w:rsidRPr="002761AC" w:rsidRDefault="00275C2C" w:rsidP="007B22BA">
      <w:pPr>
        <w:spacing w:after="0"/>
        <w:rPr>
          <w:rStyle w:val="uv3um"/>
          <w:rFonts w:ascii="Aptos" w:hAnsi="Aptos"/>
          <w:color w:val="001D35"/>
          <w:sz w:val="24"/>
          <w:szCs w:val="24"/>
          <w:shd w:val="clear" w:color="auto" w:fill="FFFFFF"/>
        </w:rPr>
      </w:pPr>
      <w:r w:rsidRPr="002761AC">
        <w:rPr>
          <w:rStyle w:val="uv3um"/>
          <w:rFonts w:ascii="Aptos" w:hAnsi="Aptos"/>
          <w:color w:val="001D35"/>
          <w:sz w:val="24"/>
          <w:szCs w:val="24"/>
          <w:shd w:val="clear" w:color="auto" w:fill="FFFFFF"/>
        </w:rPr>
        <w:t xml:space="preserve">The preschool is supervised by the church’s Session and managed by a </w:t>
      </w:r>
      <w:proofErr w:type="gramStart"/>
      <w:r w:rsidRPr="002761AC">
        <w:rPr>
          <w:rStyle w:val="uv3um"/>
          <w:rFonts w:ascii="Aptos" w:hAnsi="Aptos"/>
          <w:color w:val="001D35"/>
          <w:sz w:val="24"/>
          <w:szCs w:val="24"/>
          <w:shd w:val="clear" w:color="auto" w:fill="FFFFFF"/>
        </w:rPr>
        <w:t>Director</w:t>
      </w:r>
      <w:proofErr w:type="gramEnd"/>
      <w:r w:rsidRPr="002761AC">
        <w:rPr>
          <w:rStyle w:val="uv3um"/>
          <w:rFonts w:ascii="Aptos" w:hAnsi="Aptos"/>
          <w:color w:val="001D35"/>
          <w:sz w:val="24"/>
          <w:szCs w:val="24"/>
          <w:shd w:val="clear" w:color="auto" w:fill="FFFFFF"/>
        </w:rPr>
        <w:t xml:space="preserve"> who collaborates with church leadership and qualified staff to provide a nurturing, developmentally appropriate learning environment.</w:t>
      </w:r>
      <w:r w:rsidR="00E73FCE" w:rsidRPr="002761AC">
        <w:rPr>
          <w:rStyle w:val="uv3um"/>
          <w:rFonts w:ascii="Aptos" w:hAnsi="Aptos"/>
          <w:color w:val="001D35"/>
          <w:sz w:val="24"/>
          <w:szCs w:val="24"/>
          <w:shd w:val="clear" w:color="auto" w:fill="FFFFFF"/>
        </w:rPr>
        <w:t xml:space="preserve">  </w:t>
      </w:r>
    </w:p>
    <w:p w:rsidR="00275C2C" w:rsidRPr="002761AC" w:rsidRDefault="00275C2C" w:rsidP="007B22BA">
      <w:pPr>
        <w:spacing w:after="0"/>
        <w:rPr>
          <w:rStyle w:val="uv3um"/>
          <w:rFonts w:ascii="Aptos" w:hAnsi="Aptos"/>
          <w:color w:val="001D35"/>
          <w:sz w:val="24"/>
          <w:szCs w:val="24"/>
          <w:shd w:val="clear" w:color="auto" w:fill="FFFFFF"/>
        </w:rPr>
      </w:pPr>
    </w:p>
    <w:p w:rsidR="00275C2C" w:rsidRPr="002761AC" w:rsidRDefault="00E77E5A" w:rsidP="007B22BA">
      <w:pPr>
        <w:spacing w:after="0"/>
        <w:rPr>
          <w:rStyle w:val="uv3um"/>
          <w:rFonts w:ascii="Aptos" w:hAnsi="Aptos"/>
          <w:color w:val="001D35"/>
          <w:sz w:val="24"/>
          <w:szCs w:val="24"/>
          <w:shd w:val="clear" w:color="auto" w:fill="FFFFFF"/>
        </w:rPr>
      </w:pPr>
      <w:r>
        <w:rPr>
          <w:rStyle w:val="uv3um"/>
          <w:rFonts w:ascii="Aptos" w:hAnsi="Aptos"/>
          <w:color w:val="001D35"/>
          <w:sz w:val="24"/>
          <w:szCs w:val="24"/>
          <w:shd w:val="clear" w:color="auto" w:fill="FFFFFF"/>
        </w:rPr>
        <w:t>Our</w:t>
      </w:r>
      <w:r w:rsidR="00275C2C" w:rsidRPr="002761AC">
        <w:rPr>
          <w:rStyle w:val="uv3um"/>
          <w:rFonts w:ascii="Aptos" w:hAnsi="Aptos"/>
          <w:color w:val="001D35"/>
          <w:sz w:val="24"/>
          <w:szCs w:val="24"/>
          <w:shd w:val="clear" w:color="auto" w:fill="FFFFFF"/>
        </w:rPr>
        <w:t xml:space="preserve"> school </w:t>
      </w:r>
      <w:r>
        <w:rPr>
          <w:rStyle w:val="uv3um"/>
          <w:rFonts w:ascii="Aptos" w:hAnsi="Aptos"/>
          <w:color w:val="001D35"/>
          <w:sz w:val="24"/>
          <w:szCs w:val="24"/>
          <w:shd w:val="clear" w:color="auto" w:fill="FFFFFF"/>
        </w:rPr>
        <w:t>i</w:t>
      </w:r>
      <w:r w:rsidR="00275C2C" w:rsidRPr="002761AC">
        <w:rPr>
          <w:rStyle w:val="uv3um"/>
          <w:rFonts w:ascii="Aptos" w:hAnsi="Aptos"/>
          <w:color w:val="001D35"/>
          <w:sz w:val="24"/>
          <w:szCs w:val="24"/>
          <w:shd w:val="clear" w:color="auto" w:fill="FFFFFF"/>
        </w:rPr>
        <w:t xml:space="preserve">s housed </w:t>
      </w:r>
      <w:r>
        <w:rPr>
          <w:rStyle w:val="uv3um"/>
          <w:rFonts w:ascii="Aptos" w:hAnsi="Aptos"/>
          <w:color w:val="001D35"/>
          <w:sz w:val="24"/>
          <w:szCs w:val="24"/>
          <w:shd w:val="clear" w:color="auto" w:fill="FFFFFF"/>
        </w:rPr>
        <w:t>i</w:t>
      </w:r>
      <w:r w:rsidR="00275C2C" w:rsidRPr="002761AC">
        <w:rPr>
          <w:rStyle w:val="uv3um"/>
          <w:rFonts w:ascii="Aptos" w:hAnsi="Aptos"/>
          <w:color w:val="001D35"/>
          <w:sz w:val="24"/>
          <w:szCs w:val="24"/>
          <w:shd w:val="clear" w:color="auto" w:fill="FFFFFF"/>
        </w:rPr>
        <w:t xml:space="preserve">n the children’s wing of Bayside Presbyterian Church at 1400 Ewell Road, Virginia Beach, VA 23455.  </w:t>
      </w:r>
      <w:r>
        <w:rPr>
          <w:rStyle w:val="uv3um"/>
          <w:rFonts w:ascii="Aptos" w:hAnsi="Aptos"/>
          <w:color w:val="001D35"/>
          <w:sz w:val="24"/>
          <w:szCs w:val="24"/>
          <w:shd w:val="clear" w:color="auto" w:fill="FFFFFF"/>
        </w:rPr>
        <w:t>F</w:t>
      </w:r>
      <w:r w:rsidR="00275C2C" w:rsidRPr="002761AC">
        <w:rPr>
          <w:rStyle w:val="uv3um"/>
          <w:rFonts w:ascii="Aptos" w:hAnsi="Aptos"/>
          <w:color w:val="001D35"/>
          <w:sz w:val="24"/>
          <w:szCs w:val="24"/>
          <w:shd w:val="clear" w:color="auto" w:fill="FFFFFF"/>
        </w:rPr>
        <w:t xml:space="preserve">acilities include dedicated classrooms for each age group, a secure entry system, and an outdoor playground maintained for safe daily use.  Classrooms are staffed based on age-specific ratios in accordance with Virginia Department of Social Services guidelines.  </w:t>
      </w:r>
    </w:p>
    <w:p w:rsidR="00275C2C" w:rsidRPr="002761AC" w:rsidRDefault="00275C2C" w:rsidP="007B22BA">
      <w:pPr>
        <w:spacing w:after="0"/>
        <w:rPr>
          <w:rStyle w:val="uv3um"/>
          <w:rFonts w:ascii="Aptos" w:hAnsi="Aptos"/>
          <w:color w:val="001D35"/>
          <w:sz w:val="24"/>
          <w:szCs w:val="24"/>
          <w:shd w:val="clear" w:color="auto" w:fill="FFFFFF"/>
        </w:rPr>
      </w:pPr>
    </w:p>
    <w:p w:rsidR="00275C2C" w:rsidRPr="002761AC" w:rsidRDefault="00275C2C" w:rsidP="007B22BA">
      <w:pPr>
        <w:spacing w:after="0"/>
        <w:rPr>
          <w:rStyle w:val="uv3um"/>
          <w:rFonts w:ascii="Aptos" w:hAnsi="Aptos"/>
          <w:color w:val="001D35"/>
          <w:sz w:val="24"/>
          <w:szCs w:val="24"/>
          <w:shd w:val="clear" w:color="auto" w:fill="FFFFFF"/>
        </w:rPr>
      </w:pPr>
      <w:r w:rsidRPr="002761AC">
        <w:rPr>
          <w:rStyle w:val="uv3um"/>
          <w:rFonts w:ascii="Aptos" w:hAnsi="Aptos"/>
          <w:color w:val="001D35"/>
          <w:sz w:val="24"/>
          <w:szCs w:val="24"/>
          <w:shd w:val="clear" w:color="auto" w:fill="FFFFFF"/>
        </w:rPr>
        <w:t xml:space="preserve">With an overall capacity of 155, our program includes Toddler classes (18-30 months), Preschool classes (2 ½-4 years), and a Kindergarten class.  Each class is led by experienced educators who promote creativity, curiosity, and kindness through structured play and intentional instruction.  We believe children learn best in a setting where they feel safe, loved, and respected.  </w:t>
      </w:r>
    </w:p>
    <w:p w:rsidR="00275C2C" w:rsidRPr="002761AC" w:rsidRDefault="00275C2C" w:rsidP="007B22BA">
      <w:pPr>
        <w:spacing w:after="0"/>
        <w:rPr>
          <w:rStyle w:val="uv3um"/>
          <w:rFonts w:ascii="Aptos" w:hAnsi="Aptos"/>
          <w:color w:val="001D35"/>
          <w:sz w:val="24"/>
          <w:szCs w:val="24"/>
          <w:shd w:val="clear" w:color="auto" w:fill="FFFFFF"/>
        </w:rPr>
      </w:pPr>
    </w:p>
    <w:p w:rsidR="00275C2C" w:rsidRPr="002761AC" w:rsidRDefault="00275C2C" w:rsidP="007B22BA">
      <w:pPr>
        <w:spacing w:after="0"/>
        <w:rPr>
          <w:rStyle w:val="uv3um"/>
          <w:rFonts w:ascii="Aptos" w:hAnsi="Aptos"/>
          <w:color w:val="001D35"/>
          <w:sz w:val="24"/>
          <w:szCs w:val="24"/>
          <w:shd w:val="clear" w:color="auto" w:fill="FFFFFF"/>
        </w:rPr>
      </w:pPr>
      <w:r w:rsidRPr="002761AC">
        <w:rPr>
          <w:rStyle w:val="uv3um"/>
          <w:rFonts w:ascii="Aptos" w:hAnsi="Aptos"/>
          <w:color w:val="001D35"/>
          <w:sz w:val="24"/>
          <w:szCs w:val="24"/>
          <w:shd w:val="clear" w:color="auto" w:fill="FFFFFF"/>
        </w:rPr>
        <w:t xml:space="preserve">Our mission </w:t>
      </w:r>
      <w:r w:rsidR="00E73FCE" w:rsidRPr="002761AC">
        <w:rPr>
          <w:rStyle w:val="uv3um"/>
          <w:rFonts w:ascii="Aptos" w:hAnsi="Aptos"/>
          <w:color w:val="001D35"/>
          <w:sz w:val="24"/>
          <w:szCs w:val="24"/>
          <w:shd w:val="clear" w:color="auto" w:fill="FFFFFF"/>
        </w:rPr>
        <w:t>is to nurture each child’s physical, social, emotional, cognitive, and spiritual development.  We provide an inclusive learning environment and uphold equal opportunity practices in both student admissions and staff employment.  Discrimination based on race, color, national origin, religion, sex, disability, or age is strictly prohibited.</w:t>
      </w:r>
    </w:p>
    <w:p w:rsidR="005D1EF1" w:rsidRDefault="005D1EF1" w:rsidP="007B22BA">
      <w:pPr>
        <w:spacing w:after="0"/>
        <w:rPr>
          <w:rStyle w:val="uv3um"/>
          <w:rFonts w:ascii="Roboto" w:hAnsi="Roboto"/>
          <w:color w:val="001D35"/>
          <w:shd w:val="clear" w:color="auto" w:fill="FFFFFF"/>
        </w:rPr>
      </w:pPr>
    </w:p>
    <w:p w:rsidR="005D1EF1" w:rsidRDefault="002761AC" w:rsidP="007B22BA">
      <w:pPr>
        <w:spacing w:after="0"/>
        <w:rPr>
          <w:rStyle w:val="uv3um"/>
          <w:rFonts w:ascii="Aptos" w:hAnsi="Aptos"/>
          <w:b/>
          <w:bCs/>
          <w:color w:val="001D35"/>
          <w:sz w:val="24"/>
          <w:szCs w:val="24"/>
          <w:shd w:val="clear" w:color="auto" w:fill="FFFFFF"/>
        </w:rPr>
      </w:pPr>
      <w:r>
        <w:rPr>
          <w:rStyle w:val="uv3um"/>
          <w:rFonts w:ascii="Aptos" w:hAnsi="Aptos"/>
          <w:b/>
          <w:bCs/>
          <w:color w:val="001D35"/>
          <w:sz w:val="24"/>
          <w:szCs w:val="24"/>
          <w:shd w:val="clear" w:color="auto" w:fill="FFFFFF"/>
        </w:rPr>
        <w:t>Curriculum</w:t>
      </w:r>
    </w:p>
    <w:p w:rsidR="002761AC" w:rsidRDefault="002761AC" w:rsidP="007B22BA">
      <w:pPr>
        <w:spacing w:after="0"/>
        <w:rPr>
          <w:rStyle w:val="uv3um"/>
          <w:rFonts w:ascii="Aptos" w:hAnsi="Aptos"/>
          <w:b/>
          <w:bCs/>
          <w:color w:val="001D35"/>
          <w:sz w:val="24"/>
          <w:szCs w:val="24"/>
          <w:shd w:val="clear" w:color="auto" w:fill="FFFFFF"/>
        </w:rPr>
      </w:pPr>
    </w:p>
    <w:p w:rsidR="002761AC" w:rsidRPr="00A22B8A" w:rsidRDefault="00A22B8A" w:rsidP="007B22BA">
      <w:pPr>
        <w:spacing w:after="0"/>
        <w:rPr>
          <w:rStyle w:val="uv3um"/>
          <w:rFonts w:ascii="Aptos" w:hAnsi="Aptos"/>
          <w:color w:val="001D35"/>
          <w:sz w:val="24"/>
          <w:szCs w:val="24"/>
          <w:shd w:val="clear" w:color="auto" w:fill="FFFFFF"/>
        </w:rPr>
      </w:pPr>
      <w:r>
        <w:rPr>
          <w:rStyle w:val="uv3um"/>
          <w:rFonts w:ascii="Aptos" w:hAnsi="Aptos"/>
          <w:color w:val="001D35"/>
          <w:sz w:val="24"/>
          <w:szCs w:val="24"/>
          <w:shd w:val="clear" w:color="auto" w:fill="FFFFFF"/>
        </w:rPr>
        <w:t xml:space="preserve">Our curriculum is designed to promote Social/Emotional, Physical, Cognitive, and Language development through child-centered and teacher-directed activities.  Monthly themes provide the foundation of our program and are explored through physical activity, group interaction, art, language, science, music, number exploration, movement, and dramatic play.  </w:t>
      </w:r>
    </w:p>
    <w:p w:rsidR="005D1EF1" w:rsidRDefault="005D1EF1" w:rsidP="007B22BA">
      <w:pPr>
        <w:spacing w:after="0"/>
        <w:rPr>
          <w:rStyle w:val="uv3um"/>
          <w:rFonts w:ascii="Roboto" w:hAnsi="Roboto"/>
          <w:color w:val="001D35"/>
          <w:shd w:val="clear" w:color="auto" w:fill="FFFFFF"/>
        </w:rPr>
      </w:pPr>
    </w:p>
    <w:p w:rsidR="00A22B8A" w:rsidRPr="00A22B8A" w:rsidRDefault="00A22B8A" w:rsidP="00A22B8A">
      <w:pPr>
        <w:spacing w:after="0"/>
        <w:rPr>
          <w:rFonts w:ascii="Aptos" w:hAnsi="Aptos"/>
          <w:b/>
          <w:bCs/>
          <w:sz w:val="24"/>
          <w:szCs w:val="24"/>
        </w:rPr>
      </w:pPr>
      <w:r w:rsidRPr="00A22B8A">
        <w:rPr>
          <w:rFonts w:ascii="Aptos" w:hAnsi="Aptos"/>
          <w:b/>
          <w:bCs/>
          <w:sz w:val="24"/>
          <w:szCs w:val="24"/>
        </w:rPr>
        <w:t>Extra-Curricular Activities</w:t>
      </w:r>
    </w:p>
    <w:p w:rsidR="00A22B8A" w:rsidRDefault="00E77E5A" w:rsidP="00A22B8A">
      <w:pPr>
        <w:pStyle w:val="ListParagraph"/>
        <w:numPr>
          <w:ilvl w:val="0"/>
          <w:numId w:val="26"/>
        </w:numPr>
        <w:spacing w:after="0"/>
        <w:rPr>
          <w:rFonts w:ascii="Aptos" w:hAnsi="Aptos"/>
          <w:sz w:val="24"/>
          <w:szCs w:val="24"/>
        </w:rPr>
      </w:pPr>
      <w:r>
        <w:rPr>
          <w:rFonts w:ascii="Aptos" w:hAnsi="Aptos"/>
          <w:sz w:val="24"/>
          <w:szCs w:val="24"/>
        </w:rPr>
        <w:t>C</w:t>
      </w:r>
      <w:r w:rsidR="00A22B8A" w:rsidRPr="00727349">
        <w:rPr>
          <w:rFonts w:ascii="Aptos" w:hAnsi="Aptos"/>
          <w:sz w:val="24"/>
          <w:szCs w:val="24"/>
        </w:rPr>
        <w:t>hildren meet once a week for chapel, led by the church pastor or associate pastor, f</w:t>
      </w:r>
      <w:r>
        <w:rPr>
          <w:rFonts w:ascii="Aptos" w:hAnsi="Aptos"/>
          <w:sz w:val="24"/>
          <w:szCs w:val="24"/>
        </w:rPr>
        <w:t>eaturing</w:t>
      </w:r>
      <w:r w:rsidR="00A22B8A" w:rsidRPr="00727349">
        <w:rPr>
          <w:rFonts w:ascii="Aptos" w:hAnsi="Aptos"/>
          <w:sz w:val="24"/>
          <w:szCs w:val="24"/>
        </w:rPr>
        <w:t xml:space="preserve"> songs and </w:t>
      </w:r>
      <w:r>
        <w:rPr>
          <w:rFonts w:ascii="Aptos" w:hAnsi="Aptos"/>
          <w:sz w:val="24"/>
          <w:szCs w:val="24"/>
        </w:rPr>
        <w:t>activities</w:t>
      </w:r>
      <w:r w:rsidR="00A22B8A" w:rsidRPr="00727349">
        <w:rPr>
          <w:rFonts w:ascii="Aptos" w:hAnsi="Aptos"/>
          <w:sz w:val="24"/>
          <w:szCs w:val="24"/>
        </w:rPr>
        <w:t xml:space="preserve"> related to Bible study and faith development.</w:t>
      </w:r>
    </w:p>
    <w:p w:rsidR="00A22B8A" w:rsidRDefault="00A22B8A" w:rsidP="00A22B8A">
      <w:pPr>
        <w:pStyle w:val="ListParagraph"/>
        <w:numPr>
          <w:ilvl w:val="0"/>
          <w:numId w:val="26"/>
        </w:numPr>
        <w:spacing w:after="0"/>
        <w:rPr>
          <w:rFonts w:ascii="Aptos" w:hAnsi="Aptos"/>
          <w:sz w:val="24"/>
          <w:szCs w:val="24"/>
        </w:rPr>
      </w:pPr>
      <w:r>
        <w:rPr>
          <w:rFonts w:ascii="Aptos" w:hAnsi="Aptos"/>
          <w:sz w:val="24"/>
          <w:szCs w:val="24"/>
        </w:rPr>
        <w:t xml:space="preserve">All age </w:t>
      </w:r>
      <w:r w:rsidR="00E77E5A">
        <w:rPr>
          <w:rFonts w:ascii="Aptos" w:hAnsi="Aptos"/>
          <w:sz w:val="24"/>
          <w:szCs w:val="24"/>
        </w:rPr>
        <w:t xml:space="preserve">groups participate in </w:t>
      </w:r>
      <w:r>
        <w:rPr>
          <w:rFonts w:ascii="Aptos" w:hAnsi="Aptos"/>
          <w:sz w:val="24"/>
          <w:szCs w:val="24"/>
        </w:rPr>
        <w:t>weekly music classes with Ms. Brittany.</w:t>
      </w:r>
    </w:p>
    <w:p w:rsidR="00A22B8A" w:rsidRDefault="00A22B8A" w:rsidP="00A22B8A">
      <w:pPr>
        <w:pStyle w:val="ListParagraph"/>
        <w:numPr>
          <w:ilvl w:val="0"/>
          <w:numId w:val="26"/>
        </w:numPr>
        <w:spacing w:after="0"/>
        <w:rPr>
          <w:rFonts w:ascii="Aptos" w:hAnsi="Aptos"/>
          <w:sz w:val="24"/>
          <w:szCs w:val="24"/>
        </w:rPr>
      </w:pPr>
      <w:r>
        <w:rPr>
          <w:rFonts w:ascii="Aptos" w:hAnsi="Aptos"/>
          <w:sz w:val="24"/>
          <w:szCs w:val="24"/>
        </w:rPr>
        <w:t xml:space="preserve">The 3-year-old, 4-year-old, and </w:t>
      </w:r>
      <w:r w:rsidR="00E77E5A">
        <w:rPr>
          <w:rFonts w:ascii="Aptos" w:hAnsi="Aptos"/>
          <w:sz w:val="24"/>
          <w:szCs w:val="24"/>
        </w:rPr>
        <w:t>K</w:t>
      </w:r>
      <w:r>
        <w:rPr>
          <w:rFonts w:ascii="Aptos" w:hAnsi="Aptos"/>
          <w:sz w:val="24"/>
          <w:szCs w:val="24"/>
        </w:rPr>
        <w:t>indergarten classes participate in a Christmas music program and a Spring music program directed by Ms. Brittany.</w:t>
      </w:r>
    </w:p>
    <w:p w:rsidR="00A22B8A" w:rsidRDefault="00A22B8A" w:rsidP="00A22B8A">
      <w:pPr>
        <w:pStyle w:val="ListParagraph"/>
        <w:numPr>
          <w:ilvl w:val="0"/>
          <w:numId w:val="26"/>
        </w:numPr>
        <w:spacing w:after="0"/>
        <w:rPr>
          <w:rFonts w:ascii="Aptos" w:hAnsi="Aptos"/>
          <w:sz w:val="24"/>
          <w:szCs w:val="24"/>
        </w:rPr>
      </w:pPr>
      <w:r>
        <w:rPr>
          <w:rFonts w:ascii="Aptos" w:hAnsi="Aptos"/>
          <w:sz w:val="24"/>
          <w:szCs w:val="24"/>
        </w:rPr>
        <w:t xml:space="preserve">Spanish is taught weekly by Ms. Jhoana to the 3’s, 4’s, and </w:t>
      </w:r>
      <w:r w:rsidR="00E77E5A">
        <w:rPr>
          <w:rFonts w:ascii="Aptos" w:hAnsi="Aptos"/>
          <w:sz w:val="24"/>
          <w:szCs w:val="24"/>
        </w:rPr>
        <w:t>Ki</w:t>
      </w:r>
      <w:r>
        <w:rPr>
          <w:rFonts w:ascii="Aptos" w:hAnsi="Aptos"/>
          <w:sz w:val="24"/>
          <w:szCs w:val="24"/>
        </w:rPr>
        <w:t>ndergarten.</w:t>
      </w:r>
    </w:p>
    <w:p w:rsidR="00FE68AE" w:rsidRPr="00FE68AE" w:rsidRDefault="00FE68AE" w:rsidP="00FE68AE">
      <w:pPr>
        <w:spacing w:after="0"/>
        <w:jc w:val="center"/>
        <w:rPr>
          <w:rFonts w:ascii="Aptos" w:hAnsi="Aptos"/>
          <w:b/>
          <w:bCs/>
          <w:sz w:val="24"/>
          <w:szCs w:val="24"/>
        </w:rPr>
      </w:pPr>
      <w:r>
        <w:rPr>
          <w:rFonts w:ascii="Aptos" w:hAnsi="Aptos"/>
          <w:b/>
          <w:bCs/>
          <w:sz w:val="24"/>
          <w:szCs w:val="24"/>
        </w:rPr>
        <w:t>3</w:t>
      </w:r>
    </w:p>
    <w:p w:rsidR="00A22B8A" w:rsidRDefault="00A22B8A" w:rsidP="00A22B8A">
      <w:pPr>
        <w:pStyle w:val="ListParagraph"/>
        <w:numPr>
          <w:ilvl w:val="0"/>
          <w:numId w:val="26"/>
        </w:numPr>
        <w:spacing w:after="0"/>
        <w:rPr>
          <w:rFonts w:ascii="Aptos" w:hAnsi="Aptos"/>
          <w:sz w:val="24"/>
          <w:szCs w:val="24"/>
        </w:rPr>
      </w:pPr>
      <w:r>
        <w:rPr>
          <w:rFonts w:ascii="Aptos" w:hAnsi="Aptos"/>
          <w:sz w:val="24"/>
          <w:szCs w:val="24"/>
        </w:rPr>
        <w:t xml:space="preserve">Ms. Jody conducts a monthly science class for the 4’s and </w:t>
      </w:r>
      <w:r w:rsidR="00E77E5A">
        <w:rPr>
          <w:rFonts w:ascii="Aptos" w:hAnsi="Aptos"/>
          <w:sz w:val="24"/>
          <w:szCs w:val="24"/>
        </w:rPr>
        <w:t>K</w:t>
      </w:r>
      <w:r>
        <w:rPr>
          <w:rFonts w:ascii="Aptos" w:hAnsi="Aptos"/>
          <w:sz w:val="24"/>
          <w:szCs w:val="24"/>
        </w:rPr>
        <w:t>indergarten.</w:t>
      </w:r>
    </w:p>
    <w:p w:rsidR="00A22B8A" w:rsidRDefault="00E77E5A" w:rsidP="00A22B8A">
      <w:pPr>
        <w:pStyle w:val="ListParagraph"/>
        <w:numPr>
          <w:ilvl w:val="0"/>
          <w:numId w:val="26"/>
        </w:numPr>
        <w:spacing w:after="0"/>
        <w:rPr>
          <w:rFonts w:ascii="Aptos" w:hAnsi="Aptos"/>
          <w:sz w:val="24"/>
          <w:szCs w:val="24"/>
        </w:rPr>
      </w:pPr>
      <w:r>
        <w:rPr>
          <w:rFonts w:ascii="Aptos" w:hAnsi="Aptos"/>
          <w:sz w:val="24"/>
          <w:szCs w:val="24"/>
        </w:rPr>
        <w:t>S</w:t>
      </w:r>
      <w:r w:rsidR="00A22B8A">
        <w:rPr>
          <w:rFonts w:ascii="Aptos" w:hAnsi="Aptos"/>
          <w:sz w:val="24"/>
          <w:szCs w:val="24"/>
        </w:rPr>
        <w:t xml:space="preserve">chool-wide events are held </w:t>
      </w:r>
      <w:r>
        <w:rPr>
          <w:rFonts w:ascii="Aptos" w:hAnsi="Aptos"/>
          <w:sz w:val="24"/>
          <w:szCs w:val="24"/>
        </w:rPr>
        <w:t xml:space="preserve">throughout the year </w:t>
      </w:r>
      <w:r w:rsidR="00A22B8A">
        <w:rPr>
          <w:rFonts w:ascii="Aptos" w:hAnsi="Aptos"/>
          <w:sz w:val="24"/>
          <w:szCs w:val="24"/>
        </w:rPr>
        <w:t xml:space="preserve">to celebrate </w:t>
      </w:r>
      <w:r>
        <w:rPr>
          <w:rFonts w:ascii="Aptos" w:hAnsi="Aptos"/>
          <w:sz w:val="24"/>
          <w:szCs w:val="24"/>
        </w:rPr>
        <w:t>various</w:t>
      </w:r>
      <w:r w:rsidR="00A22B8A">
        <w:rPr>
          <w:rFonts w:ascii="Aptos" w:hAnsi="Aptos"/>
          <w:sz w:val="24"/>
          <w:szCs w:val="24"/>
        </w:rPr>
        <w:t xml:space="preserve"> holidays.</w:t>
      </w:r>
    </w:p>
    <w:p w:rsidR="00A22B8A" w:rsidRPr="00727349" w:rsidRDefault="00A22B8A" w:rsidP="00A22B8A">
      <w:pPr>
        <w:pStyle w:val="ListParagraph"/>
        <w:numPr>
          <w:ilvl w:val="0"/>
          <w:numId w:val="26"/>
        </w:numPr>
        <w:spacing w:after="0"/>
        <w:rPr>
          <w:rFonts w:ascii="Aptos" w:hAnsi="Aptos"/>
          <w:sz w:val="24"/>
          <w:szCs w:val="24"/>
        </w:rPr>
      </w:pPr>
      <w:r>
        <w:rPr>
          <w:rFonts w:ascii="Aptos" w:hAnsi="Aptos"/>
          <w:sz w:val="24"/>
          <w:szCs w:val="24"/>
        </w:rPr>
        <w:t xml:space="preserve">In-house field trips and special events occur during the year.  You will be notified in advance, and permission slips will be sent home as </w:t>
      </w:r>
      <w:r w:rsidR="00E77E5A">
        <w:rPr>
          <w:rFonts w:ascii="Aptos" w:hAnsi="Aptos"/>
          <w:sz w:val="24"/>
          <w:szCs w:val="24"/>
        </w:rPr>
        <w:t>needed</w:t>
      </w:r>
      <w:r>
        <w:rPr>
          <w:rFonts w:ascii="Aptos" w:hAnsi="Aptos"/>
          <w:sz w:val="24"/>
          <w:szCs w:val="24"/>
        </w:rPr>
        <w:t xml:space="preserve">.  </w:t>
      </w:r>
      <w:r w:rsidR="00E77E5A">
        <w:rPr>
          <w:rFonts w:ascii="Aptos" w:hAnsi="Aptos"/>
          <w:sz w:val="24"/>
          <w:szCs w:val="24"/>
        </w:rPr>
        <w:t xml:space="preserve">If you prefer your child </w:t>
      </w:r>
      <w:r>
        <w:rPr>
          <w:rFonts w:ascii="Aptos" w:hAnsi="Aptos"/>
          <w:sz w:val="24"/>
          <w:szCs w:val="24"/>
        </w:rPr>
        <w:t xml:space="preserve">not </w:t>
      </w:r>
      <w:r w:rsidR="00E77E5A">
        <w:rPr>
          <w:rFonts w:ascii="Aptos" w:hAnsi="Aptos"/>
          <w:sz w:val="24"/>
          <w:szCs w:val="24"/>
        </w:rPr>
        <w:t>to par</w:t>
      </w:r>
      <w:r>
        <w:rPr>
          <w:rFonts w:ascii="Aptos" w:hAnsi="Aptos"/>
          <w:sz w:val="24"/>
          <w:szCs w:val="24"/>
        </w:rPr>
        <w:t>ticipate</w:t>
      </w:r>
      <w:r w:rsidR="00E77E5A">
        <w:rPr>
          <w:rFonts w:ascii="Aptos" w:hAnsi="Aptos"/>
          <w:sz w:val="24"/>
          <w:szCs w:val="24"/>
        </w:rPr>
        <w:t xml:space="preserve">, you </w:t>
      </w:r>
      <w:r>
        <w:rPr>
          <w:rFonts w:ascii="Aptos" w:hAnsi="Aptos"/>
          <w:sz w:val="24"/>
          <w:szCs w:val="24"/>
        </w:rPr>
        <w:t xml:space="preserve">may make alternate arrangements for that day.  </w:t>
      </w:r>
      <w:r w:rsidR="00E77E5A">
        <w:rPr>
          <w:rFonts w:ascii="Aptos" w:hAnsi="Aptos"/>
          <w:sz w:val="24"/>
          <w:szCs w:val="24"/>
        </w:rPr>
        <w:t>Please note that t</w:t>
      </w:r>
      <w:r>
        <w:rPr>
          <w:rFonts w:ascii="Aptos" w:hAnsi="Aptos"/>
          <w:sz w:val="24"/>
          <w:szCs w:val="24"/>
        </w:rPr>
        <w:t xml:space="preserve">he school does not </w:t>
      </w:r>
      <w:r w:rsidR="00E77E5A">
        <w:rPr>
          <w:rFonts w:ascii="Aptos" w:hAnsi="Aptos"/>
          <w:sz w:val="24"/>
          <w:szCs w:val="24"/>
        </w:rPr>
        <w:t>provide</w:t>
      </w:r>
      <w:r>
        <w:rPr>
          <w:rFonts w:ascii="Aptos" w:hAnsi="Aptos"/>
          <w:sz w:val="24"/>
          <w:szCs w:val="24"/>
        </w:rPr>
        <w:t xml:space="preserve"> alternate care.  </w:t>
      </w:r>
    </w:p>
    <w:p w:rsidR="005D1EF1" w:rsidRPr="00744BC3" w:rsidRDefault="005D1EF1" w:rsidP="00FE68AE">
      <w:pPr>
        <w:pStyle w:val="Heading1"/>
        <w:spacing w:before="0"/>
        <w:rPr>
          <w:rFonts w:ascii="Aptos" w:hAnsi="Aptos"/>
          <w:b w:val="0"/>
          <w:bCs w:val="0"/>
          <w:color w:val="auto"/>
        </w:rPr>
      </w:pPr>
      <w:r w:rsidRPr="00744BC3">
        <w:rPr>
          <w:rFonts w:ascii="Aptos" w:hAnsi="Aptos"/>
          <w:color w:val="0070C0"/>
        </w:rPr>
        <w:t>Admissions</w:t>
      </w:r>
    </w:p>
    <w:p w:rsidR="005D1EF1" w:rsidRPr="000F680A" w:rsidRDefault="005D1EF1" w:rsidP="00FE68AE">
      <w:pPr>
        <w:rPr>
          <w:rFonts w:ascii="Aptos" w:hAnsi="Aptos"/>
          <w:sz w:val="11"/>
          <w:szCs w:val="11"/>
        </w:rPr>
      </w:pPr>
    </w:p>
    <w:p w:rsidR="005D1EF1" w:rsidRDefault="005D1EF1" w:rsidP="00FE68AE">
      <w:pPr>
        <w:rPr>
          <w:rFonts w:ascii="Aptos" w:hAnsi="Aptos"/>
          <w:sz w:val="24"/>
          <w:szCs w:val="24"/>
        </w:rPr>
      </w:pPr>
      <w:r w:rsidRPr="005D1EF1">
        <w:rPr>
          <w:rFonts w:ascii="Aptos" w:hAnsi="Aptos"/>
          <w:sz w:val="24"/>
          <w:szCs w:val="24"/>
        </w:rPr>
        <w:t>Bayside Presbyterian Preschool</w:t>
      </w:r>
      <w:r>
        <w:rPr>
          <w:rFonts w:ascii="Aptos" w:hAnsi="Aptos"/>
          <w:sz w:val="24"/>
          <w:szCs w:val="24"/>
        </w:rPr>
        <w:t xml:space="preserve"> and Kindergarten </w:t>
      </w:r>
      <w:proofErr w:type="gramStart"/>
      <w:r>
        <w:rPr>
          <w:rFonts w:ascii="Aptos" w:hAnsi="Aptos"/>
          <w:sz w:val="24"/>
          <w:szCs w:val="24"/>
        </w:rPr>
        <w:t>accepts</w:t>
      </w:r>
      <w:proofErr w:type="gramEnd"/>
      <w:r>
        <w:rPr>
          <w:rFonts w:ascii="Aptos" w:hAnsi="Aptos"/>
          <w:sz w:val="24"/>
          <w:szCs w:val="24"/>
        </w:rPr>
        <w:t xml:space="preserve"> children from 18 months through age 5 (</w:t>
      </w:r>
      <w:r w:rsidR="000F680A">
        <w:rPr>
          <w:rFonts w:ascii="Aptos" w:hAnsi="Aptos"/>
          <w:sz w:val="24"/>
          <w:szCs w:val="24"/>
        </w:rPr>
        <w:t>Ki</w:t>
      </w:r>
      <w:r>
        <w:rPr>
          <w:rFonts w:ascii="Aptos" w:hAnsi="Aptos"/>
          <w:sz w:val="24"/>
          <w:szCs w:val="24"/>
        </w:rPr>
        <w:t xml:space="preserve">ndergarten level).  All students must meet age requirements as of September 30 of the current school year. </w:t>
      </w:r>
    </w:p>
    <w:p w:rsidR="005D1EF1" w:rsidRDefault="005D1EF1" w:rsidP="005D1EF1">
      <w:pPr>
        <w:rPr>
          <w:rFonts w:ascii="Aptos" w:hAnsi="Aptos"/>
          <w:sz w:val="24"/>
          <w:szCs w:val="24"/>
        </w:rPr>
      </w:pPr>
      <w:r>
        <w:rPr>
          <w:rFonts w:ascii="Aptos" w:hAnsi="Aptos"/>
          <w:sz w:val="24"/>
          <w:szCs w:val="24"/>
        </w:rPr>
        <w:t xml:space="preserve">While we strive to accommodate a wide range of needs, enrollment may be declined or discontinued if a child’s physical, emotional, or developmental needs cannot be met within our program.  </w:t>
      </w:r>
      <w:r w:rsidR="000F680A">
        <w:rPr>
          <w:rFonts w:ascii="Aptos" w:hAnsi="Aptos"/>
          <w:sz w:val="24"/>
          <w:szCs w:val="24"/>
        </w:rPr>
        <w:t>M</w:t>
      </w:r>
      <w:r>
        <w:rPr>
          <w:rFonts w:ascii="Aptos" w:hAnsi="Aptos"/>
          <w:sz w:val="24"/>
          <w:szCs w:val="24"/>
        </w:rPr>
        <w:t>id-year advancement to a higher age group</w:t>
      </w:r>
      <w:r w:rsidR="000F680A">
        <w:rPr>
          <w:rFonts w:ascii="Aptos" w:hAnsi="Aptos"/>
          <w:sz w:val="24"/>
          <w:szCs w:val="24"/>
        </w:rPr>
        <w:t xml:space="preserve"> is not permitted</w:t>
      </w:r>
      <w:r>
        <w:rPr>
          <w:rFonts w:ascii="Aptos" w:hAnsi="Aptos"/>
          <w:sz w:val="24"/>
          <w:szCs w:val="24"/>
        </w:rPr>
        <w:t>.</w:t>
      </w:r>
    </w:p>
    <w:p w:rsidR="00744BC3" w:rsidRDefault="005D1EF1" w:rsidP="00744BC3">
      <w:pPr>
        <w:spacing w:after="0"/>
        <w:rPr>
          <w:rFonts w:ascii="Aptos" w:hAnsi="Aptos"/>
          <w:sz w:val="24"/>
          <w:szCs w:val="24"/>
        </w:rPr>
      </w:pPr>
      <w:r>
        <w:rPr>
          <w:rFonts w:ascii="Aptos" w:hAnsi="Aptos"/>
          <w:sz w:val="24"/>
          <w:szCs w:val="24"/>
        </w:rPr>
        <w:t xml:space="preserve">Classes are offered from 9:30 a.m. to 1:00 p.m. </w:t>
      </w:r>
      <w:r w:rsidR="000F680A">
        <w:rPr>
          <w:rFonts w:ascii="Aptos" w:hAnsi="Aptos"/>
          <w:sz w:val="24"/>
          <w:szCs w:val="24"/>
        </w:rPr>
        <w:t>and follow</w:t>
      </w:r>
      <w:r>
        <w:rPr>
          <w:rFonts w:ascii="Aptos" w:hAnsi="Aptos"/>
          <w:sz w:val="24"/>
          <w:szCs w:val="24"/>
        </w:rPr>
        <w:t xml:space="preserve"> age</w:t>
      </w:r>
      <w:r w:rsidR="00744BC3">
        <w:rPr>
          <w:rFonts w:ascii="Aptos" w:hAnsi="Aptos"/>
          <w:sz w:val="24"/>
          <w:szCs w:val="24"/>
        </w:rPr>
        <w:t>-</w:t>
      </w:r>
      <w:r>
        <w:rPr>
          <w:rFonts w:ascii="Aptos" w:hAnsi="Aptos"/>
          <w:sz w:val="24"/>
          <w:szCs w:val="24"/>
        </w:rPr>
        <w:t>specific structures:</w:t>
      </w:r>
    </w:p>
    <w:p w:rsidR="00744BC3" w:rsidRDefault="00744BC3" w:rsidP="00744BC3">
      <w:pPr>
        <w:pStyle w:val="ListParagraph"/>
        <w:numPr>
          <w:ilvl w:val="0"/>
          <w:numId w:val="10"/>
        </w:numPr>
        <w:spacing w:after="0"/>
        <w:rPr>
          <w:rFonts w:ascii="Aptos" w:hAnsi="Aptos"/>
          <w:sz w:val="24"/>
          <w:szCs w:val="24"/>
        </w:rPr>
      </w:pPr>
      <w:r w:rsidRPr="000F680A">
        <w:rPr>
          <w:rFonts w:ascii="Aptos" w:hAnsi="Aptos"/>
          <w:b/>
          <w:bCs/>
          <w:sz w:val="24"/>
          <w:szCs w:val="24"/>
        </w:rPr>
        <w:t>Toddler Class (18-30 months):</w:t>
      </w:r>
      <w:r>
        <w:rPr>
          <w:rFonts w:ascii="Aptos" w:hAnsi="Aptos"/>
          <w:sz w:val="24"/>
          <w:szCs w:val="24"/>
        </w:rPr>
        <w:t xml:space="preserve"> One day per </w:t>
      </w:r>
      <w:proofErr w:type="gramStart"/>
      <w:r>
        <w:rPr>
          <w:rFonts w:ascii="Aptos" w:hAnsi="Aptos"/>
          <w:sz w:val="24"/>
          <w:szCs w:val="24"/>
        </w:rPr>
        <w:t xml:space="preserve">week </w:t>
      </w:r>
      <w:r w:rsidR="000F680A">
        <w:rPr>
          <w:rFonts w:ascii="Aptos" w:hAnsi="Aptos"/>
          <w:sz w:val="24"/>
          <w:szCs w:val="24"/>
        </w:rPr>
        <w:t>;</w:t>
      </w:r>
      <w:proofErr w:type="gramEnd"/>
      <w:r w:rsidR="000F680A">
        <w:rPr>
          <w:rFonts w:ascii="Aptos" w:hAnsi="Aptos"/>
          <w:sz w:val="24"/>
          <w:szCs w:val="24"/>
        </w:rPr>
        <w:t xml:space="preserve"> </w:t>
      </w:r>
      <w:r>
        <w:rPr>
          <w:rFonts w:ascii="Aptos" w:hAnsi="Aptos"/>
          <w:sz w:val="24"/>
          <w:szCs w:val="24"/>
        </w:rPr>
        <w:t>2 teachers</w:t>
      </w:r>
      <w:r w:rsidR="00FE68AE">
        <w:rPr>
          <w:rFonts w:ascii="Aptos" w:hAnsi="Aptos"/>
          <w:sz w:val="24"/>
          <w:szCs w:val="24"/>
        </w:rPr>
        <w:t xml:space="preserve"> with</w:t>
      </w:r>
      <w:r>
        <w:rPr>
          <w:rFonts w:ascii="Aptos" w:hAnsi="Aptos"/>
          <w:sz w:val="24"/>
          <w:szCs w:val="24"/>
        </w:rPr>
        <w:t xml:space="preserve"> up to 5 students per day.</w:t>
      </w:r>
    </w:p>
    <w:p w:rsidR="00744BC3" w:rsidRDefault="00744BC3" w:rsidP="00744BC3">
      <w:pPr>
        <w:pStyle w:val="ListParagraph"/>
        <w:numPr>
          <w:ilvl w:val="0"/>
          <w:numId w:val="10"/>
        </w:numPr>
        <w:spacing w:after="0"/>
        <w:rPr>
          <w:rFonts w:ascii="Aptos" w:hAnsi="Aptos"/>
          <w:sz w:val="24"/>
          <w:szCs w:val="24"/>
        </w:rPr>
      </w:pPr>
      <w:r w:rsidRPr="00FE68AE">
        <w:rPr>
          <w:rFonts w:ascii="Aptos" w:hAnsi="Aptos"/>
          <w:b/>
          <w:bCs/>
          <w:sz w:val="24"/>
          <w:szCs w:val="24"/>
        </w:rPr>
        <w:t>2 ½-Year-Old Class</w:t>
      </w:r>
      <w:r>
        <w:rPr>
          <w:rFonts w:ascii="Aptos" w:hAnsi="Aptos"/>
          <w:sz w:val="24"/>
          <w:szCs w:val="24"/>
        </w:rPr>
        <w:t>: Two-day options (T/Th or W/F); up to 12 children with 2 teachers.</w:t>
      </w:r>
    </w:p>
    <w:p w:rsidR="00744BC3" w:rsidRDefault="00744BC3" w:rsidP="00744BC3">
      <w:pPr>
        <w:pStyle w:val="ListParagraph"/>
        <w:numPr>
          <w:ilvl w:val="0"/>
          <w:numId w:val="10"/>
        </w:numPr>
        <w:spacing w:after="0"/>
        <w:rPr>
          <w:rFonts w:ascii="Aptos" w:hAnsi="Aptos"/>
          <w:sz w:val="24"/>
          <w:szCs w:val="24"/>
        </w:rPr>
      </w:pPr>
      <w:r w:rsidRPr="00FE68AE">
        <w:rPr>
          <w:rFonts w:ascii="Aptos" w:hAnsi="Aptos"/>
          <w:b/>
          <w:bCs/>
          <w:sz w:val="24"/>
          <w:szCs w:val="24"/>
        </w:rPr>
        <w:t>3-Year-Old Class</w:t>
      </w:r>
      <w:r>
        <w:rPr>
          <w:rFonts w:ascii="Aptos" w:hAnsi="Aptos"/>
          <w:sz w:val="24"/>
          <w:szCs w:val="24"/>
        </w:rPr>
        <w:t xml:space="preserve">: 2-day (M/W), 3-day (T/Th/F), or 5-day (M-F); </w:t>
      </w:r>
      <w:r w:rsidR="00FE68AE">
        <w:rPr>
          <w:rFonts w:ascii="Aptos" w:hAnsi="Aptos"/>
          <w:sz w:val="24"/>
          <w:szCs w:val="24"/>
        </w:rPr>
        <w:t>up to</w:t>
      </w:r>
      <w:r>
        <w:rPr>
          <w:rFonts w:ascii="Aptos" w:hAnsi="Aptos"/>
          <w:sz w:val="24"/>
          <w:szCs w:val="24"/>
        </w:rPr>
        <w:t xml:space="preserve"> 14 students per class with 2 teachers.</w:t>
      </w:r>
    </w:p>
    <w:p w:rsidR="00744BC3" w:rsidRDefault="00744BC3" w:rsidP="00744BC3">
      <w:pPr>
        <w:pStyle w:val="ListParagraph"/>
        <w:numPr>
          <w:ilvl w:val="0"/>
          <w:numId w:val="10"/>
        </w:numPr>
        <w:spacing w:after="0"/>
        <w:rPr>
          <w:rFonts w:ascii="Aptos" w:hAnsi="Aptos"/>
          <w:sz w:val="24"/>
          <w:szCs w:val="24"/>
        </w:rPr>
      </w:pPr>
      <w:r w:rsidRPr="00FE68AE">
        <w:rPr>
          <w:rFonts w:ascii="Aptos" w:hAnsi="Aptos"/>
          <w:b/>
          <w:bCs/>
          <w:sz w:val="24"/>
          <w:szCs w:val="24"/>
        </w:rPr>
        <w:t>4-Year-Old Class</w:t>
      </w:r>
      <w:r>
        <w:rPr>
          <w:rFonts w:ascii="Aptos" w:hAnsi="Aptos"/>
          <w:sz w:val="24"/>
          <w:szCs w:val="24"/>
        </w:rPr>
        <w:t>: 5-day (M-F); up to 16 students with 2 teachers.</w:t>
      </w:r>
    </w:p>
    <w:p w:rsidR="00744BC3" w:rsidRDefault="00744BC3" w:rsidP="00744BC3">
      <w:pPr>
        <w:pStyle w:val="ListParagraph"/>
        <w:numPr>
          <w:ilvl w:val="0"/>
          <w:numId w:val="10"/>
        </w:numPr>
        <w:spacing w:after="0"/>
        <w:rPr>
          <w:rFonts w:ascii="Aptos" w:hAnsi="Aptos"/>
          <w:sz w:val="24"/>
          <w:szCs w:val="24"/>
        </w:rPr>
      </w:pPr>
      <w:r w:rsidRPr="00FE68AE">
        <w:rPr>
          <w:rFonts w:ascii="Aptos" w:hAnsi="Aptos"/>
          <w:b/>
          <w:bCs/>
          <w:sz w:val="24"/>
          <w:szCs w:val="24"/>
        </w:rPr>
        <w:t>Kindergarten:</w:t>
      </w:r>
      <w:r>
        <w:rPr>
          <w:rFonts w:ascii="Aptos" w:hAnsi="Aptos"/>
          <w:sz w:val="24"/>
          <w:szCs w:val="24"/>
        </w:rPr>
        <w:t xml:space="preserve"> 5-Day class (M-F); up to 16 students with 2 teachers.</w:t>
      </w:r>
    </w:p>
    <w:p w:rsidR="00744BC3" w:rsidRDefault="00744BC3" w:rsidP="00744BC3">
      <w:pPr>
        <w:spacing w:after="0"/>
        <w:rPr>
          <w:rFonts w:ascii="Aptos" w:hAnsi="Aptos"/>
          <w:sz w:val="24"/>
          <w:szCs w:val="24"/>
        </w:rPr>
      </w:pPr>
    </w:p>
    <w:p w:rsidR="00744BC3" w:rsidRDefault="00744BC3" w:rsidP="00744BC3">
      <w:pPr>
        <w:spacing w:after="0"/>
        <w:rPr>
          <w:rFonts w:ascii="Aptos" w:hAnsi="Aptos"/>
          <w:sz w:val="24"/>
          <w:szCs w:val="24"/>
        </w:rPr>
      </w:pPr>
      <w:r w:rsidRPr="00FE68AE">
        <w:rPr>
          <w:rFonts w:ascii="Aptos" w:hAnsi="Aptos"/>
          <w:b/>
          <w:bCs/>
          <w:sz w:val="24"/>
          <w:szCs w:val="24"/>
        </w:rPr>
        <w:t>Enrollment requirements</w:t>
      </w:r>
      <w:r>
        <w:rPr>
          <w:rFonts w:ascii="Aptos" w:hAnsi="Aptos"/>
          <w:sz w:val="24"/>
          <w:szCs w:val="24"/>
        </w:rPr>
        <w:t>:</w:t>
      </w:r>
    </w:p>
    <w:p w:rsidR="00744BC3" w:rsidRDefault="00744BC3" w:rsidP="00744BC3">
      <w:pPr>
        <w:pStyle w:val="ListParagraph"/>
        <w:numPr>
          <w:ilvl w:val="0"/>
          <w:numId w:val="11"/>
        </w:numPr>
        <w:spacing w:after="0"/>
        <w:rPr>
          <w:rFonts w:ascii="Aptos" w:hAnsi="Aptos"/>
          <w:sz w:val="24"/>
          <w:szCs w:val="24"/>
        </w:rPr>
      </w:pPr>
      <w:r>
        <w:rPr>
          <w:rFonts w:ascii="Aptos" w:hAnsi="Aptos"/>
          <w:sz w:val="24"/>
          <w:szCs w:val="24"/>
        </w:rPr>
        <w:t>Complete Application and Agreement Form</w:t>
      </w:r>
    </w:p>
    <w:p w:rsidR="00744BC3" w:rsidRDefault="00744BC3" w:rsidP="00744BC3">
      <w:pPr>
        <w:pStyle w:val="ListParagraph"/>
        <w:numPr>
          <w:ilvl w:val="0"/>
          <w:numId w:val="11"/>
        </w:numPr>
        <w:spacing w:after="0"/>
        <w:rPr>
          <w:rFonts w:ascii="Aptos" w:hAnsi="Aptos"/>
          <w:sz w:val="24"/>
          <w:szCs w:val="24"/>
        </w:rPr>
      </w:pPr>
      <w:r>
        <w:rPr>
          <w:rFonts w:ascii="Aptos" w:hAnsi="Aptos"/>
          <w:sz w:val="24"/>
          <w:szCs w:val="24"/>
        </w:rPr>
        <w:t>Certified Birth Certificate</w:t>
      </w:r>
    </w:p>
    <w:p w:rsidR="00744BC3" w:rsidRDefault="00744BC3" w:rsidP="00744BC3">
      <w:pPr>
        <w:pStyle w:val="ListParagraph"/>
        <w:numPr>
          <w:ilvl w:val="0"/>
          <w:numId w:val="11"/>
        </w:numPr>
        <w:spacing w:after="0"/>
        <w:rPr>
          <w:rFonts w:ascii="Aptos" w:hAnsi="Aptos"/>
          <w:sz w:val="24"/>
          <w:szCs w:val="24"/>
        </w:rPr>
      </w:pPr>
      <w:r>
        <w:rPr>
          <w:rFonts w:ascii="Aptos" w:hAnsi="Aptos"/>
          <w:sz w:val="24"/>
          <w:szCs w:val="24"/>
        </w:rPr>
        <w:t xml:space="preserve">Virginia School Entrance Health Form and up-to-date Immunization Record </w:t>
      </w:r>
      <w:r w:rsidR="003C09FF">
        <w:rPr>
          <w:rFonts w:ascii="Aptos" w:hAnsi="Aptos"/>
          <w:sz w:val="24"/>
          <w:szCs w:val="24"/>
        </w:rPr>
        <w:t>(updated annually)</w:t>
      </w:r>
    </w:p>
    <w:p w:rsidR="00744BC3" w:rsidRDefault="00744BC3" w:rsidP="00744BC3">
      <w:pPr>
        <w:pStyle w:val="ListParagraph"/>
        <w:numPr>
          <w:ilvl w:val="0"/>
          <w:numId w:val="11"/>
        </w:numPr>
        <w:spacing w:after="0"/>
        <w:rPr>
          <w:rFonts w:ascii="Aptos" w:hAnsi="Aptos"/>
          <w:sz w:val="24"/>
          <w:szCs w:val="24"/>
        </w:rPr>
      </w:pPr>
      <w:r>
        <w:rPr>
          <w:rFonts w:ascii="Aptos" w:hAnsi="Aptos"/>
          <w:sz w:val="24"/>
          <w:szCs w:val="24"/>
        </w:rPr>
        <w:t>Emergency Contact and Student History</w:t>
      </w:r>
    </w:p>
    <w:p w:rsidR="00744BC3" w:rsidRDefault="00744BC3" w:rsidP="00744BC3">
      <w:pPr>
        <w:pStyle w:val="ListParagraph"/>
        <w:numPr>
          <w:ilvl w:val="0"/>
          <w:numId w:val="11"/>
        </w:numPr>
        <w:spacing w:after="0"/>
        <w:rPr>
          <w:rFonts w:ascii="Aptos" w:hAnsi="Aptos"/>
          <w:sz w:val="24"/>
          <w:szCs w:val="24"/>
        </w:rPr>
      </w:pPr>
      <w:r>
        <w:rPr>
          <w:rFonts w:ascii="Aptos" w:hAnsi="Aptos"/>
          <w:sz w:val="24"/>
          <w:szCs w:val="24"/>
        </w:rPr>
        <w:t>Non-Refundable Registration Fee</w:t>
      </w:r>
    </w:p>
    <w:p w:rsidR="003C09FF" w:rsidRDefault="003C09FF" w:rsidP="00744BC3">
      <w:pPr>
        <w:pStyle w:val="ListParagraph"/>
        <w:numPr>
          <w:ilvl w:val="0"/>
          <w:numId w:val="11"/>
        </w:numPr>
        <w:spacing w:after="0"/>
        <w:rPr>
          <w:rFonts w:ascii="Aptos" w:hAnsi="Aptos"/>
          <w:sz w:val="24"/>
          <w:szCs w:val="24"/>
        </w:rPr>
      </w:pPr>
      <w:r>
        <w:rPr>
          <w:rFonts w:ascii="Aptos" w:hAnsi="Aptos"/>
          <w:sz w:val="24"/>
          <w:szCs w:val="24"/>
        </w:rPr>
        <w:t>Children in 3-Year-Old classes and above are required to be potty-trained.</w:t>
      </w:r>
    </w:p>
    <w:p w:rsidR="003C09FF" w:rsidRDefault="003C09FF" w:rsidP="003C09FF">
      <w:pPr>
        <w:spacing w:after="0"/>
        <w:rPr>
          <w:rFonts w:ascii="Aptos" w:hAnsi="Aptos"/>
          <w:sz w:val="24"/>
          <w:szCs w:val="24"/>
        </w:rPr>
      </w:pPr>
    </w:p>
    <w:p w:rsidR="003C09FF" w:rsidRPr="003C09FF" w:rsidRDefault="003C09FF" w:rsidP="003C09FF">
      <w:pPr>
        <w:ind w:right="-720"/>
        <w:rPr>
          <w:rFonts w:ascii="Aptos" w:hAnsi="Aptos"/>
          <w:bCs/>
          <w:iCs/>
          <w:sz w:val="24"/>
          <w:szCs w:val="24"/>
        </w:rPr>
      </w:pPr>
      <w:r w:rsidRPr="00FE68AE">
        <w:rPr>
          <w:rFonts w:ascii="Aptos" w:hAnsi="Aptos"/>
          <w:b/>
          <w:iCs/>
          <w:sz w:val="24"/>
          <w:szCs w:val="24"/>
        </w:rPr>
        <w:t>Priority for Enrollment</w:t>
      </w:r>
      <w:r w:rsidRPr="003C09FF">
        <w:rPr>
          <w:rFonts w:ascii="Aptos" w:hAnsi="Aptos"/>
          <w:bCs/>
          <w:iCs/>
          <w:sz w:val="24"/>
          <w:szCs w:val="24"/>
        </w:rPr>
        <w:t>:</w:t>
      </w:r>
    </w:p>
    <w:p w:rsidR="003C09FF" w:rsidRPr="003C09FF" w:rsidRDefault="003C09FF" w:rsidP="003C09FF">
      <w:pPr>
        <w:ind w:right="-720"/>
        <w:rPr>
          <w:rFonts w:ascii="Aptos" w:hAnsi="Aptos"/>
          <w:sz w:val="24"/>
          <w:szCs w:val="24"/>
        </w:rPr>
      </w:pPr>
      <w:r>
        <w:rPr>
          <w:rFonts w:ascii="Aptos" w:hAnsi="Aptos"/>
          <w:sz w:val="24"/>
          <w:szCs w:val="24"/>
        </w:rPr>
        <w:t>Registration</w:t>
      </w:r>
      <w:r w:rsidRPr="003C09FF">
        <w:rPr>
          <w:rFonts w:ascii="Aptos" w:hAnsi="Aptos"/>
          <w:sz w:val="24"/>
          <w:szCs w:val="24"/>
        </w:rPr>
        <w:t xml:space="preserve"> for the next school year begins in January</w:t>
      </w:r>
      <w:r>
        <w:rPr>
          <w:rFonts w:ascii="Aptos" w:hAnsi="Aptos"/>
          <w:sz w:val="24"/>
          <w:szCs w:val="24"/>
        </w:rPr>
        <w:t>, with p</w:t>
      </w:r>
      <w:r w:rsidRPr="003C09FF">
        <w:rPr>
          <w:rFonts w:ascii="Aptos" w:hAnsi="Aptos"/>
          <w:sz w:val="24"/>
          <w:szCs w:val="24"/>
        </w:rPr>
        <w:t xml:space="preserve">riority given </w:t>
      </w:r>
      <w:r w:rsidR="00FE68AE">
        <w:rPr>
          <w:rFonts w:ascii="Aptos" w:hAnsi="Aptos"/>
          <w:sz w:val="24"/>
          <w:szCs w:val="24"/>
        </w:rPr>
        <w:t>i</w:t>
      </w:r>
      <w:r w:rsidRPr="003C09FF">
        <w:rPr>
          <w:rFonts w:ascii="Aptos" w:hAnsi="Aptos"/>
          <w:sz w:val="24"/>
          <w:szCs w:val="24"/>
        </w:rPr>
        <w:t xml:space="preserve">n the following </w:t>
      </w:r>
      <w:r w:rsidR="00FE68AE">
        <w:rPr>
          <w:rFonts w:ascii="Aptos" w:hAnsi="Aptos"/>
          <w:sz w:val="24"/>
          <w:szCs w:val="24"/>
        </w:rPr>
        <w:t>order</w:t>
      </w:r>
      <w:r w:rsidRPr="003C09FF">
        <w:rPr>
          <w:rFonts w:ascii="Aptos" w:hAnsi="Aptos"/>
          <w:sz w:val="24"/>
          <w:szCs w:val="24"/>
        </w:rPr>
        <w:t>:</w:t>
      </w:r>
    </w:p>
    <w:p w:rsidR="003C09FF" w:rsidRPr="003C09FF" w:rsidRDefault="003C09FF" w:rsidP="003C09FF">
      <w:pPr>
        <w:numPr>
          <w:ilvl w:val="0"/>
          <w:numId w:val="13"/>
        </w:numPr>
        <w:spacing w:after="0" w:line="240" w:lineRule="auto"/>
        <w:ind w:right="-720"/>
        <w:rPr>
          <w:rFonts w:ascii="Aptos" w:hAnsi="Aptos"/>
          <w:sz w:val="24"/>
          <w:szCs w:val="24"/>
        </w:rPr>
      </w:pPr>
      <w:r w:rsidRPr="003C09FF">
        <w:rPr>
          <w:rFonts w:ascii="Aptos" w:hAnsi="Aptos"/>
          <w:sz w:val="24"/>
          <w:szCs w:val="24"/>
        </w:rPr>
        <w:t>Students currently enrolled in the program and their siblings.</w:t>
      </w:r>
    </w:p>
    <w:p w:rsidR="003C09FF" w:rsidRPr="003C09FF" w:rsidRDefault="003C09FF" w:rsidP="003C09FF">
      <w:pPr>
        <w:numPr>
          <w:ilvl w:val="0"/>
          <w:numId w:val="13"/>
        </w:numPr>
        <w:spacing w:after="0" w:line="240" w:lineRule="auto"/>
        <w:ind w:right="-720"/>
        <w:rPr>
          <w:rFonts w:ascii="Aptos" w:hAnsi="Aptos"/>
          <w:sz w:val="24"/>
          <w:szCs w:val="24"/>
        </w:rPr>
      </w:pPr>
      <w:r w:rsidRPr="003C09FF">
        <w:rPr>
          <w:rFonts w:ascii="Aptos" w:hAnsi="Aptos"/>
          <w:sz w:val="24"/>
          <w:szCs w:val="24"/>
        </w:rPr>
        <w:t xml:space="preserve">Children </w:t>
      </w:r>
      <w:r w:rsidR="00FE68AE">
        <w:rPr>
          <w:rFonts w:ascii="Aptos" w:hAnsi="Aptos"/>
          <w:sz w:val="24"/>
          <w:szCs w:val="24"/>
        </w:rPr>
        <w:t xml:space="preserve">of </w:t>
      </w:r>
      <w:r w:rsidRPr="003C09FF">
        <w:rPr>
          <w:rFonts w:ascii="Aptos" w:hAnsi="Aptos"/>
          <w:sz w:val="24"/>
          <w:szCs w:val="24"/>
        </w:rPr>
        <w:t>Bayside Presbyterian Church</w:t>
      </w:r>
      <w:r w:rsidR="00FE68AE">
        <w:rPr>
          <w:rFonts w:ascii="Aptos" w:hAnsi="Aptos"/>
          <w:sz w:val="24"/>
          <w:szCs w:val="24"/>
        </w:rPr>
        <w:t xml:space="preserve"> members</w:t>
      </w:r>
      <w:r w:rsidRPr="003C09FF">
        <w:rPr>
          <w:rFonts w:ascii="Aptos" w:hAnsi="Aptos"/>
          <w:sz w:val="24"/>
          <w:szCs w:val="24"/>
        </w:rPr>
        <w:t>.</w:t>
      </w:r>
    </w:p>
    <w:p w:rsidR="003C09FF" w:rsidRPr="003C09FF" w:rsidRDefault="003C09FF" w:rsidP="003C09FF">
      <w:pPr>
        <w:numPr>
          <w:ilvl w:val="0"/>
          <w:numId w:val="13"/>
        </w:numPr>
        <w:spacing w:after="0" w:line="240" w:lineRule="auto"/>
        <w:ind w:right="-720"/>
        <w:rPr>
          <w:rFonts w:ascii="Aptos" w:hAnsi="Aptos"/>
          <w:sz w:val="24"/>
          <w:szCs w:val="24"/>
        </w:rPr>
      </w:pPr>
      <w:r w:rsidRPr="003C09FF">
        <w:rPr>
          <w:rFonts w:ascii="Aptos" w:hAnsi="Aptos"/>
          <w:sz w:val="24"/>
          <w:szCs w:val="24"/>
        </w:rPr>
        <w:t>Children who are on the school’s waiting lists who have not been placed</w:t>
      </w:r>
      <w:r w:rsidR="00FE68AE">
        <w:rPr>
          <w:rFonts w:ascii="Aptos" w:hAnsi="Aptos"/>
          <w:sz w:val="24"/>
          <w:szCs w:val="24"/>
        </w:rPr>
        <w:t>.</w:t>
      </w:r>
    </w:p>
    <w:p w:rsidR="00A22B8A" w:rsidRDefault="003C09FF" w:rsidP="00A22B8A">
      <w:pPr>
        <w:numPr>
          <w:ilvl w:val="0"/>
          <w:numId w:val="13"/>
        </w:numPr>
        <w:spacing w:after="0" w:line="240" w:lineRule="auto"/>
        <w:ind w:right="-720"/>
        <w:rPr>
          <w:rFonts w:ascii="Aptos" w:hAnsi="Aptos"/>
          <w:sz w:val="24"/>
          <w:szCs w:val="24"/>
        </w:rPr>
      </w:pPr>
      <w:r w:rsidRPr="003C09FF">
        <w:rPr>
          <w:rFonts w:ascii="Aptos" w:hAnsi="Aptos"/>
          <w:sz w:val="24"/>
          <w:szCs w:val="24"/>
        </w:rPr>
        <w:t>Remaining spaces are filled on a first</w:t>
      </w:r>
      <w:r>
        <w:rPr>
          <w:rFonts w:ascii="Aptos" w:hAnsi="Aptos"/>
          <w:sz w:val="24"/>
          <w:szCs w:val="24"/>
        </w:rPr>
        <w:t>-</w:t>
      </w:r>
      <w:r w:rsidRPr="003C09FF">
        <w:rPr>
          <w:rFonts w:ascii="Aptos" w:hAnsi="Aptos"/>
          <w:sz w:val="24"/>
          <w:szCs w:val="24"/>
        </w:rPr>
        <w:t>come, first</w:t>
      </w:r>
      <w:r>
        <w:rPr>
          <w:rFonts w:ascii="Aptos" w:hAnsi="Aptos"/>
          <w:sz w:val="24"/>
          <w:szCs w:val="24"/>
        </w:rPr>
        <w:t>-</w:t>
      </w:r>
      <w:r w:rsidRPr="003C09FF">
        <w:rPr>
          <w:rFonts w:ascii="Aptos" w:hAnsi="Aptos"/>
          <w:sz w:val="24"/>
          <w:szCs w:val="24"/>
        </w:rPr>
        <w:t>served basis.</w:t>
      </w:r>
    </w:p>
    <w:p w:rsidR="00A22B8A" w:rsidRPr="00A22B8A" w:rsidRDefault="00A22B8A" w:rsidP="00A22B8A">
      <w:pPr>
        <w:spacing w:after="0" w:line="240" w:lineRule="auto"/>
        <w:ind w:left="5040" w:right="-720"/>
        <w:rPr>
          <w:rFonts w:ascii="Aptos" w:hAnsi="Aptos"/>
          <w:b/>
          <w:bCs/>
          <w:sz w:val="24"/>
          <w:szCs w:val="24"/>
        </w:rPr>
      </w:pPr>
      <w:r>
        <w:rPr>
          <w:rFonts w:ascii="Aptos" w:hAnsi="Aptos"/>
          <w:sz w:val="24"/>
          <w:szCs w:val="24"/>
        </w:rPr>
        <w:t xml:space="preserve">     </w:t>
      </w:r>
    </w:p>
    <w:p w:rsidR="00FE68AE" w:rsidRPr="00A22B8A" w:rsidRDefault="00FE68AE" w:rsidP="00FE68AE">
      <w:pPr>
        <w:tabs>
          <w:tab w:val="left" w:pos="5400"/>
        </w:tabs>
        <w:ind w:right="-720"/>
        <w:rPr>
          <w:rFonts w:ascii="Aptos" w:hAnsi="Aptos"/>
          <w:b/>
          <w:sz w:val="24"/>
          <w:szCs w:val="24"/>
        </w:rPr>
      </w:pPr>
      <w:r>
        <w:rPr>
          <w:rFonts w:ascii="Aptos" w:hAnsi="Aptos"/>
          <w:b/>
          <w:sz w:val="24"/>
          <w:szCs w:val="24"/>
          <w:u w:val="single"/>
        </w:rPr>
        <w:t>PLEASE BE SURE TO OBSERVE ENROLLMENT DATES ACCORDING TO YOUR PRIORITY STATUS – CLASS FILL QUICKLY!</w:t>
      </w:r>
      <w:r w:rsidR="00A22B8A">
        <w:rPr>
          <w:rFonts w:ascii="Aptos" w:hAnsi="Aptos"/>
          <w:b/>
          <w:sz w:val="24"/>
          <w:szCs w:val="24"/>
          <w:u w:val="single"/>
        </w:rPr>
        <w:t xml:space="preserve"> </w:t>
      </w:r>
      <w:r w:rsidR="00A22B8A">
        <w:rPr>
          <w:rFonts w:ascii="Aptos" w:hAnsi="Aptos"/>
          <w:b/>
          <w:sz w:val="24"/>
          <w:szCs w:val="24"/>
        </w:rPr>
        <w:tab/>
      </w:r>
      <w:r>
        <w:rPr>
          <w:rFonts w:ascii="Aptos" w:hAnsi="Aptos"/>
          <w:b/>
          <w:sz w:val="24"/>
          <w:szCs w:val="24"/>
        </w:rPr>
        <w:t xml:space="preserve">  4</w:t>
      </w:r>
    </w:p>
    <w:p w:rsidR="00744BC3" w:rsidRDefault="00744BC3" w:rsidP="00744BC3">
      <w:pPr>
        <w:spacing w:after="0"/>
        <w:rPr>
          <w:rFonts w:ascii="Aptos" w:hAnsi="Aptos"/>
          <w:b/>
          <w:bCs/>
          <w:color w:val="0070C0"/>
          <w:sz w:val="28"/>
          <w:szCs w:val="28"/>
        </w:rPr>
      </w:pPr>
      <w:r>
        <w:rPr>
          <w:rFonts w:ascii="Aptos" w:hAnsi="Aptos"/>
          <w:b/>
          <w:bCs/>
          <w:color w:val="0070C0"/>
          <w:sz w:val="28"/>
          <w:szCs w:val="28"/>
        </w:rPr>
        <w:t>Staff Requirement</w:t>
      </w:r>
      <w:r w:rsidR="003C09FF">
        <w:rPr>
          <w:rFonts w:ascii="Aptos" w:hAnsi="Aptos"/>
          <w:b/>
          <w:bCs/>
          <w:color w:val="0070C0"/>
          <w:sz w:val="28"/>
          <w:szCs w:val="28"/>
        </w:rPr>
        <w:t>s</w:t>
      </w:r>
    </w:p>
    <w:p w:rsidR="00744BC3" w:rsidRDefault="00744BC3" w:rsidP="00744BC3">
      <w:pPr>
        <w:spacing w:after="0"/>
        <w:rPr>
          <w:rFonts w:ascii="Aptos" w:hAnsi="Aptos"/>
          <w:b/>
          <w:bCs/>
          <w:color w:val="0070C0"/>
          <w:sz w:val="28"/>
          <w:szCs w:val="28"/>
        </w:rPr>
      </w:pPr>
    </w:p>
    <w:p w:rsidR="00744BC3" w:rsidRDefault="00744BC3" w:rsidP="00744BC3">
      <w:pPr>
        <w:spacing w:after="0"/>
        <w:rPr>
          <w:rFonts w:ascii="Aptos" w:hAnsi="Aptos"/>
          <w:sz w:val="24"/>
          <w:szCs w:val="24"/>
        </w:rPr>
      </w:pPr>
      <w:r>
        <w:rPr>
          <w:rFonts w:ascii="Aptos" w:hAnsi="Aptos"/>
          <w:sz w:val="24"/>
          <w:szCs w:val="24"/>
        </w:rPr>
        <w:t>All staff are experienced in early childhood education and undergo background checks, reference checks, and health screenings.  Each staff member is certified in Pediatric CPR and First Aid and participates in ongoing professional development.</w:t>
      </w:r>
    </w:p>
    <w:p w:rsidR="00744BC3" w:rsidRDefault="00744BC3" w:rsidP="00744BC3">
      <w:pPr>
        <w:spacing w:after="0"/>
        <w:rPr>
          <w:rFonts w:ascii="Aptos" w:hAnsi="Aptos"/>
          <w:sz w:val="24"/>
          <w:szCs w:val="24"/>
        </w:rPr>
      </w:pPr>
    </w:p>
    <w:p w:rsidR="00744BC3" w:rsidRDefault="005B59B8" w:rsidP="005B59B8">
      <w:pPr>
        <w:pStyle w:val="ListParagraph"/>
        <w:numPr>
          <w:ilvl w:val="0"/>
          <w:numId w:val="12"/>
        </w:numPr>
        <w:spacing w:after="0"/>
        <w:rPr>
          <w:rFonts w:ascii="Aptos" w:hAnsi="Aptos"/>
          <w:sz w:val="24"/>
          <w:szCs w:val="24"/>
        </w:rPr>
      </w:pPr>
      <w:r w:rsidRPr="00B31558">
        <w:rPr>
          <w:rFonts w:ascii="Aptos" w:hAnsi="Aptos"/>
          <w:b/>
          <w:bCs/>
          <w:sz w:val="24"/>
          <w:szCs w:val="24"/>
        </w:rPr>
        <w:t>Lead Teachers</w:t>
      </w:r>
      <w:r>
        <w:rPr>
          <w:rFonts w:ascii="Aptos" w:hAnsi="Aptos"/>
          <w:sz w:val="24"/>
          <w:szCs w:val="24"/>
        </w:rPr>
        <w:t>:  Bachelor’s degree in Early Childhood Education or equivalent experience with child development and coursework.</w:t>
      </w:r>
    </w:p>
    <w:p w:rsidR="005B59B8" w:rsidRDefault="005B59B8" w:rsidP="005B59B8">
      <w:pPr>
        <w:pStyle w:val="ListParagraph"/>
        <w:numPr>
          <w:ilvl w:val="0"/>
          <w:numId w:val="12"/>
        </w:numPr>
        <w:spacing w:after="0"/>
        <w:rPr>
          <w:rFonts w:ascii="Aptos" w:hAnsi="Aptos"/>
          <w:sz w:val="24"/>
          <w:szCs w:val="24"/>
        </w:rPr>
      </w:pPr>
      <w:r w:rsidRPr="00B31558">
        <w:rPr>
          <w:rFonts w:ascii="Aptos" w:hAnsi="Aptos"/>
          <w:b/>
          <w:bCs/>
          <w:sz w:val="24"/>
          <w:szCs w:val="24"/>
        </w:rPr>
        <w:t>Assistant Teachers</w:t>
      </w:r>
      <w:r>
        <w:rPr>
          <w:rFonts w:ascii="Aptos" w:hAnsi="Aptos"/>
          <w:sz w:val="24"/>
          <w:szCs w:val="24"/>
        </w:rPr>
        <w:t>:  Minimum high school diploma or GED, age 18+, and classroom experience</w:t>
      </w:r>
      <w:r w:rsidR="00B31558">
        <w:rPr>
          <w:rFonts w:ascii="Aptos" w:hAnsi="Aptos"/>
          <w:sz w:val="24"/>
          <w:szCs w:val="24"/>
        </w:rPr>
        <w:t>.</w:t>
      </w:r>
    </w:p>
    <w:p w:rsidR="005B59B8" w:rsidRDefault="005B59B8" w:rsidP="005B59B8">
      <w:pPr>
        <w:pStyle w:val="ListParagraph"/>
        <w:numPr>
          <w:ilvl w:val="0"/>
          <w:numId w:val="12"/>
        </w:numPr>
        <w:spacing w:after="0"/>
        <w:rPr>
          <w:rFonts w:ascii="Aptos" w:hAnsi="Aptos"/>
          <w:sz w:val="24"/>
          <w:szCs w:val="24"/>
        </w:rPr>
      </w:pPr>
      <w:r w:rsidRPr="00B31558">
        <w:rPr>
          <w:rFonts w:ascii="Aptos" w:hAnsi="Aptos"/>
          <w:b/>
          <w:bCs/>
          <w:sz w:val="24"/>
          <w:szCs w:val="24"/>
        </w:rPr>
        <w:t>Administrative Assistant</w:t>
      </w:r>
      <w:r>
        <w:rPr>
          <w:rFonts w:ascii="Aptos" w:hAnsi="Aptos"/>
          <w:sz w:val="24"/>
          <w:szCs w:val="24"/>
        </w:rPr>
        <w:t xml:space="preserve">:  Supports daily operations, </w:t>
      </w:r>
      <w:r w:rsidR="00B31558">
        <w:rPr>
          <w:rFonts w:ascii="Aptos" w:hAnsi="Aptos"/>
          <w:sz w:val="24"/>
          <w:szCs w:val="24"/>
        </w:rPr>
        <w:t>manages supplies</w:t>
      </w:r>
      <w:r>
        <w:rPr>
          <w:rFonts w:ascii="Aptos" w:hAnsi="Aptos"/>
          <w:sz w:val="24"/>
          <w:szCs w:val="24"/>
        </w:rPr>
        <w:t xml:space="preserve">, and substitutes for the Director </w:t>
      </w:r>
      <w:r w:rsidR="00B31558">
        <w:rPr>
          <w:rFonts w:ascii="Aptos" w:hAnsi="Aptos"/>
          <w:sz w:val="24"/>
          <w:szCs w:val="24"/>
        </w:rPr>
        <w:t>as</w:t>
      </w:r>
      <w:r>
        <w:rPr>
          <w:rFonts w:ascii="Aptos" w:hAnsi="Aptos"/>
          <w:sz w:val="24"/>
          <w:szCs w:val="24"/>
        </w:rPr>
        <w:t xml:space="preserve"> needed.</w:t>
      </w:r>
    </w:p>
    <w:p w:rsidR="005B59B8" w:rsidRDefault="005B59B8" w:rsidP="005B59B8">
      <w:pPr>
        <w:pStyle w:val="ListParagraph"/>
        <w:numPr>
          <w:ilvl w:val="0"/>
          <w:numId w:val="12"/>
        </w:numPr>
        <w:spacing w:after="0"/>
        <w:rPr>
          <w:rFonts w:ascii="Aptos" w:hAnsi="Aptos"/>
          <w:sz w:val="24"/>
          <w:szCs w:val="24"/>
        </w:rPr>
      </w:pPr>
      <w:r w:rsidRPr="00B31558">
        <w:rPr>
          <w:rFonts w:ascii="Aptos" w:hAnsi="Aptos"/>
          <w:b/>
          <w:bCs/>
          <w:sz w:val="24"/>
          <w:szCs w:val="24"/>
        </w:rPr>
        <w:t>Guest Instructors</w:t>
      </w:r>
      <w:r>
        <w:rPr>
          <w:rFonts w:ascii="Aptos" w:hAnsi="Aptos"/>
          <w:sz w:val="24"/>
          <w:szCs w:val="24"/>
        </w:rPr>
        <w:t>:  Provide specialized instruction (e.g., Music, Spanish, STEM) aligned with curriculum themes.</w:t>
      </w:r>
    </w:p>
    <w:p w:rsidR="005B59B8" w:rsidRDefault="005B59B8" w:rsidP="005B59B8">
      <w:pPr>
        <w:pStyle w:val="ListParagraph"/>
        <w:numPr>
          <w:ilvl w:val="0"/>
          <w:numId w:val="12"/>
        </w:numPr>
        <w:spacing w:after="0"/>
        <w:rPr>
          <w:rFonts w:ascii="Aptos" w:hAnsi="Aptos"/>
          <w:sz w:val="24"/>
          <w:szCs w:val="24"/>
        </w:rPr>
      </w:pPr>
      <w:r w:rsidRPr="00B31558">
        <w:rPr>
          <w:rFonts w:ascii="Aptos" w:hAnsi="Aptos"/>
          <w:b/>
          <w:bCs/>
          <w:sz w:val="24"/>
          <w:szCs w:val="24"/>
        </w:rPr>
        <w:t>Substitutes:</w:t>
      </w:r>
      <w:r>
        <w:rPr>
          <w:rFonts w:ascii="Aptos" w:hAnsi="Aptos"/>
          <w:sz w:val="24"/>
          <w:szCs w:val="24"/>
        </w:rPr>
        <w:t xml:space="preserve">  Maintained on an approved list</w:t>
      </w:r>
      <w:r w:rsidR="00B31558">
        <w:rPr>
          <w:rFonts w:ascii="Aptos" w:hAnsi="Aptos"/>
          <w:sz w:val="24"/>
          <w:szCs w:val="24"/>
        </w:rPr>
        <w:t xml:space="preserve">; </w:t>
      </w:r>
      <w:r>
        <w:rPr>
          <w:rFonts w:ascii="Aptos" w:hAnsi="Aptos"/>
          <w:sz w:val="24"/>
          <w:szCs w:val="24"/>
        </w:rPr>
        <w:t xml:space="preserve">may include parent volunteers who have completed safety onboarding.  </w:t>
      </w:r>
    </w:p>
    <w:p w:rsidR="00744BC3" w:rsidRDefault="00744BC3" w:rsidP="00744BC3">
      <w:pPr>
        <w:spacing w:after="0"/>
        <w:rPr>
          <w:rFonts w:ascii="Aptos" w:hAnsi="Aptos"/>
          <w:sz w:val="24"/>
          <w:szCs w:val="24"/>
        </w:rPr>
      </w:pPr>
    </w:p>
    <w:p w:rsidR="003C09FF" w:rsidRDefault="003C09FF" w:rsidP="00744BC3">
      <w:pPr>
        <w:spacing w:after="0"/>
        <w:rPr>
          <w:rFonts w:ascii="Aptos" w:hAnsi="Aptos"/>
          <w:b/>
          <w:bCs/>
          <w:color w:val="0070C0"/>
          <w:sz w:val="28"/>
          <w:szCs w:val="28"/>
        </w:rPr>
      </w:pPr>
      <w:r>
        <w:rPr>
          <w:rFonts w:ascii="Aptos" w:hAnsi="Aptos"/>
          <w:b/>
          <w:bCs/>
          <w:color w:val="0070C0"/>
          <w:sz w:val="28"/>
          <w:szCs w:val="28"/>
        </w:rPr>
        <w:t>Tuition and Payment Policy</w:t>
      </w:r>
    </w:p>
    <w:p w:rsidR="003C09FF" w:rsidRDefault="003C09FF" w:rsidP="00744BC3">
      <w:pPr>
        <w:spacing w:after="0"/>
        <w:rPr>
          <w:rFonts w:ascii="Aptos" w:hAnsi="Aptos"/>
          <w:sz w:val="24"/>
          <w:szCs w:val="24"/>
        </w:rPr>
      </w:pPr>
    </w:p>
    <w:p w:rsidR="00C97AF9" w:rsidRDefault="00C97AF9" w:rsidP="00744BC3">
      <w:pPr>
        <w:spacing w:after="0"/>
        <w:rPr>
          <w:rFonts w:ascii="Aptos" w:hAnsi="Aptos"/>
          <w:sz w:val="24"/>
          <w:szCs w:val="24"/>
        </w:rPr>
      </w:pPr>
      <w:r>
        <w:rPr>
          <w:rFonts w:ascii="Aptos" w:hAnsi="Aptos"/>
          <w:sz w:val="24"/>
          <w:szCs w:val="24"/>
        </w:rPr>
        <w:t>Tuition is based on program costs divided by the total enrolled students.  While supported by the Church, the preschool is responsible for covering all operational expenses.</w:t>
      </w:r>
    </w:p>
    <w:p w:rsidR="00C97AF9" w:rsidRDefault="00C97AF9" w:rsidP="00744BC3">
      <w:pPr>
        <w:spacing w:after="0"/>
        <w:rPr>
          <w:rFonts w:ascii="Aptos" w:hAnsi="Aptos"/>
          <w:sz w:val="24"/>
          <w:szCs w:val="24"/>
        </w:rPr>
      </w:pPr>
    </w:p>
    <w:p w:rsidR="00C97AF9" w:rsidRDefault="00C97AF9" w:rsidP="00C97AF9">
      <w:pPr>
        <w:pStyle w:val="ListParagraph"/>
        <w:numPr>
          <w:ilvl w:val="0"/>
          <w:numId w:val="14"/>
        </w:numPr>
        <w:spacing w:after="0"/>
        <w:rPr>
          <w:rFonts w:ascii="Aptos" w:hAnsi="Aptos"/>
          <w:sz w:val="24"/>
          <w:szCs w:val="24"/>
        </w:rPr>
      </w:pPr>
      <w:r w:rsidRPr="00C97AF9">
        <w:rPr>
          <w:rFonts w:ascii="Aptos" w:hAnsi="Aptos"/>
          <w:b/>
          <w:bCs/>
          <w:sz w:val="24"/>
          <w:szCs w:val="24"/>
        </w:rPr>
        <w:t>Registration/Materials Fee</w:t>
      </w:r>
      <w:r>
        <w:rPr>
          <w:rFonts w:ascii="Aptos" w:hAnsi="Aptos"/>
          <w:sz w:val="24"/>
          <w:szCs w:val="24"/>
        </w:rPr>
        <w:t>:  Due annually</w:t>
      </w:r>
      <w:r w:rsidR="00B31558">
        <w:rPr>
          <w:rFonts w:ascii="Aptos" w:hAnsi="Aptos"/>
          <w:sz w:val="24"/>
          <w:szCs w:val="24"/>
        </w:rPr>
        <w:t xml:space="preserve">; </w:t>
      </w:r>
      <w:r>
        <w:rPr>
          <w:rFonts w:ascii="Aptos" w:hAnsi="Aptos"/>
          <w:sz w:val="24"/>
          <w:szCs w:val="24"/>
        </w:rPr>
        <w:t>non-refundable</w:t>
      </w:r>
      <w:r w:rsidR="00B31558">
        <w:rPr>
          <w:rFonts w:ascii="Aptos" w:hAnsi="Aptos"/>
          <w:sz w:val="24"/>
          <w:szCs w:val="24"/>
        </w:rPr>
        <w:t xml:space="preserve"> and v</w:t>
      </w:r>
      <w:r>
        <w:rPr>
          <w:rFonts w:ascii="Aptos" w:hAnsi="Aptos"/>
          <w:sz w:val="24"/>
          <w:szCs w:val="24"/>
        </w:rPr>
        <w:t>aries by class.</w:t>
      </w:r>
    </w:p>
    <w:p w:rsidR="00C97AF9" w:rsidRDefault="00C97AF9" w:rsidP="00C97AF9">
      <w:pPr>
        <w:pStyle w:val="ListParagraph"/>
        <w:numPr>
          <w:ilvl w:val="0"/>
          <w:numId w:val="14"/>
        </w:numPr>
        <w:spacing w:after="0"/>
        <w:rPr>
          <w:rFonts w:ascii="Aptos" w:hAnsi="Aptos"/>
          <w:sz w:val="24"/>
          <w:szCs w:val="24"/>
        </w:rPr>
      </w:pPr>
      <w:r w:rsidRPr="00C97AF9">
        <w:rPr>
          <w:rFonts w:ascii="Aptos" w:hAnsi="Aptos"/>
          <w:b/>
          <w:bCs/>
          <w:sz w:val="24"/>
          <w:szCs w:val="24"/>
        </w:rPr>
        <w:t>Tuition</w:t>
      </w:r>
      <w:r>
        <w:rPr>
          <w:rFonts w:ascii="Aptos" w:hAnsi="Aptos"/>
          <w:sz w:val="24"/>
          <w:szCs w:val="24"/>
        </w:rPr>
        <w:t>:  Divided into 9 equal monthly payments (Aug</w:t>
      </w:r>
      <w:r w:rsidR="00B31558">
        <w:rPr>
          <w:rFonts w:ascii="Aptos" w:hAnsi="Aptos"/>
          <w:sz w:val="24"/>
          <w:szCs w:val="24"/>
        </w:rPr>
        <w:t>ust</w:t>
      </w:r>
      <w:r>
        <w:rPr>
          <w:rFonts w:ascii="Aptos" w:hAnsi="Aptos"/>
          <w:sz w:val="24"/>
          <w:szCs w:val="24"/>
        </w:rPr>
        <w:t>-Apr</w:t>
      </w:r>
      <w:r w:rsidR="00B31558">
        <w:rPr>
          <w:rFonts w:ascii="Aptos" w:hAnsi="Aptos"/>
          <w:sz w:val="24"/>
          <w:szCs w:val="24"/>
        </w:rPr>
        <w:t>il</w:t>
      </w:r>
      <w:r>
        <w:rPr>
          <w:rFonts w:ascii="Aptos" w:hAnsi="Aptos"/>
          <w:sz w:val="24"/>
          <w:szCs w:val="24"/>
        </w:rPr>
        <w:t>)</w:t>
      </w:r>
      <w:r w:rsidR="00B31558">
        <w:rPr>
          <w:rFonts w:ascii="Aptos" w:hAnsi="Aptos"/>
          <w:sz w:val="24"/>
          <w:szCs w:val="24"/>
        </w:rPr>
        <w:t>; d</w:t>
      </w:r>
      <w:r>
        <w:rPr>
          <w:rFonts w:ascii="Aptos" w:hAnsi="Aptos"/>
          <w:sz w:val="24"/>
          <w:szCs w:val="24"/>
        </w:rPr>
        <w:t>ue on the 1</w:t>
      </w:r>
      <w:r w:rsidRPr="00C97AF9">
        <w:rPr>
          <w:rFonts w:ascii="Aptos" w:hAnsi="Aptos"/>
          <w:sz w:val="24"/>
          <w:szCs w:val="24"/>
          <w:vertAlign w:val="superscript"/>
        </w:rPr>
        <w:t>st</w:t>
      </w:r>
      <w:r>
        <w:rPr>
          <w:rFonts w:ascii="Aptos" w:hAnsi="Aptos"/>
          <w:sz w:val="24"/>
          <w:szCs w:val="24"/>
        </w:rPr>
        <w:t xml:space="preserve"> of each month.</w:t>
      </w:r>
    </w:p>
    <w:p w:rsidR="00C97AF9" w:rsidRDefault="00C97AF9" w:rsidP="00C97AF9">
      <w:pPr>
        <w:pStyle w:val="ListParagraph"/>
        <w:numPr>
          <w:ilvl w:val="0"/>
          <w:numId w:val="14"/>
        </w:numPr>
        <w:spacing w:after="0"/>
        <w:rPr>
          <w:rFonts w:ascii="Aptos" w:hAnsi="Aptos"/>
          <w:sz w:val="24"/>
          <w:szCs w:val="24"/>
        </w:rPr>
      </w:pPr>
      <w:r w:rsidRPr="00C97AF9">
        <w:rPr>
          <w:rFonts w:ascii="Aptos" w:hAnsi="Aptos"/>
          <w:b/>
          <w:bCs/>
          <w:sz w:val="24"/>
          <w:szCs w:val="24"/>
        </w:rPr>
        <w:t>Late Tuition</w:t>
      </w:r>
      <w:r>
        <w:rPr>
          <w:rFonts w:ascii="Aptos" w:hAnsi="Aptos"/>
          <w:sz w:val="24"/>
          <w:szCs w:val="24"/>
        </w:rPr>
        <w:t>:  $15 late fee if unpaid in full by the 10</w:t>
      </w:r>
      <w:r w:rsidRPr="00C97AF9">
        <w:rPr>
          <w:rFonts w:ascii="Aptos" w:hAnsi="Aptos"/>
          <w:sz w:val="24"/>
          <w:szCs w:val="24"/>
          <w:vertAlign w:val="superscript"/>
        </w:rPr>
        <w:t>th</w:t>
      </w:r>
      <w:r>
        <w:rPr>
          <w:rFonts w:ascii="Aptos" w:hAnsi="Aptos"/>
          <w:sz w:val="24"/>
          <w:szCs w:val="24"/>
        </w:rPr>
        <w:t xml:space="preserve"> of the month</w:t>
      </w:r>
      <w:r w:rsidR="00B31558">
        <w:rPr>
          <w:rFonts w:ascii="Aptos" w:hAnsi="Aptos"/>
          <w:sz w:val="24"/>
          <w:szCs w:val="24"/>
        </w:rPr>
        <w:t>; s</w:t>
      </w:r>
      <w:r>
        <w:rPr>
          <w:rFonts w:ascii="Aptos" w:hAnsi="Aptos"/>
          <w:sz w:val="24"/>
          <w:szCs w:val="24"/>
        </w:rPr>
        <w:t>tudents with unpaid balances by the 25</w:t>
      </w:r>
      <w:r w:rsidRPr="00C97AF9">
        <w:rPr>
          <w:rFonts w:ascii="Aptos" w:hAnsi="Aptos"/>
          <w:sz w:val="24"/>
          <w:szCs w:val="24"/>
          <w:vertAlign w:val="superscript"/>
        </w:rPr>
        <w:t>th</w:t>
      </w:r>
      <w:r>
        <w:rPr>
          <w:rFonts w:ascii="Aptos" w:hAnsi="Aptos"/>
          <w:sz w:val="24"/>
          <w:szCs w:val="24"/>
        </w:rPr>
        <w:t xml:space="preserve"> may be withdrawn unless prior arrangements are made.</w:t>
      </w:r>
    </w:p>
    <w:p w:rsidR="00C97AF9" w:rsidRDefault="00C97AF9" w:rsidP="00C97AF9">
      <w:pPr>
        <w:pStyle w:val="ListParagraph"/>
        <w:numPr>
          <w:ilvl w:val="0"/>
          <w:numId w:val="14"/>
        </w:numPr>
        <w:spacing w:after="0"/>
        <w:rPr>
          <w:rFonts w:ascii="Aptos" w:hAnsi="Aptos"/>
          <w:sz w:val="24"/>
          <w:szCs w:val="24"/>
        </w:rPr>
      </w:pPr>
      <w:r w:rsidRPr="00C97AF9">
        <w:rPr>
          <w:rFonts w:ascii="Aptos" w:hAnsi="Aptos"/>
          <w:b/>
          <w:bCs/>
          <w:sz w:val="24"/>
          <w:szCs w:val="24"/>
        </w:rPr>
        <w:t>Returned Checks</w:t>
      </w:r>
      <w:r>
        <w:rPr>
          <w:rFonts w:ascii="Aptos" w:hAnsi="Aptos"/>
          <w:sz w:val="24"/>
          <w:szCs w:val="24"/>
        </w:rPr>
        <w:t>:  $15 fee per returned check</w:t>
      </w:r>
      <w:r w:rsidR="00B31558">
        <w:rPr>
          <w:rFonts w:ascii="Aptos" w:hAnsi="Aptos"/>
          <w:sz w:val="24"/>
          <w:szCs w:val="24"/>
        </w:rPr>
        <w:t>; repeated</w:t>
      </w:r>
      <w:r>
        <w:rPr>
          <w:rFonts w:ascii="Aptos" w:hAnsi="Aptos"/>
          <w:sz w:val="24"/>
          <w:szCs w:val="24"/>
        </w:rPr>
        <w:t xml:space="preserve"> issues may result in a cash-only policy.</w:t>
      </w:r>
    </w:p>
    <w:p w:rsidR="00C97AF9" w:rsidRDefault="00C97AF9" w:rsidP="00C97AF9">
      <w:pPr>
        <w:pStyle w:val="ListParagraph"/>
        <w:numPr>
          <w:ilvl w:val="0"/>
          <w:numId w:val="14"/>
        </w:numPr>
        <w:spacing w:after="0"/>
        <w:rPr>
          <w:rFonts w:ascii="Aptos" w:hAnsi="Aptos"/>
          <w:sz w:val="24"/>
          <w:szCs w:val="24"/>
        </w:rPr>
      </w:pPr>
      <w:r>
        <w:rPr>
          <w:rFonts w:ascii="Aptos" w:hAnsi="Aptos"/>
          <w:b/>
          <w:bCs/>
          <w:sz w:val="24"/>
          <w:szCs w:val="24"/>
        </w:rPr>
        <w:t>Absences/Withdrawal</w:t>
      </w:r>
      <w:r w:rsidRPr="00C97AF9">
        <w:rPr>
          <w:rFonts w:ascii="Aptos" w:hAnsi="Aptos"/>
          <w:sz w:val="24"/>
          <w:szCs w:val="24"/>
        </w:rPr>
        <w:t>:</w:t>
      </w:r>
      <w:r>
        <w:rPr>
          <w:rFonts w:ascii="Aptos" w:hAnsi="Aptos"/>
          <w:sz w:val="24"/>
          <w:szCs w:val="24"/>
        </w:rPr>
        <w:t xml:space="preserve">  No refunds for missed </w:t>
      </w:r>
      <w:proofErr w:type="gramStart"/>
      <w:r>
        <w:rPr>
          <w:rFonts w:ascii="Aptos" w:hAnsi="Aptos"/>
          <w:sz w:val="24"/>
          <w:szCs w:val="24"/>
        </w:rPr>
        <w:t>days</w:t>
      </w:r>
      <w:r w:rsidR="00B31558">
        <w:rPr>
          <w:rFonts w:ascii="Aptos" w:hAnsi="Aptos"/>
          <w:sz w:val="24"/>
          <w:szCs w:val="24"/>
        </w:rPr>
        <w:t xml:space="preserve">;  </w:t>
      </w:r>
      <w:r w:rsidRPr="00C97AF9">
        <w:rPr>
          <w:rFonts w:ascii="Aptos" w:hAnsi="Aptos"/>
          <w:i/>
          <w:iCs/>
          <w:sz w:val="24"/>
          <w:szCs w:val="24"/>
        </w:rPr>
        <w:t>30</w:t>
      </w:r>
      <w:proofErr w:type="gramEnd"/>
      <w:r w:rsidRPr="00C97AF9">
        <w:rPr>
          <w:rFonts w:ascii="Aptos" w:hAnsi="Aptos"/>
          <w:i/>
          <w:iCs/>
          <w:sz w:val="24"/>
          <w:szCs w:val="24"/>
        </w:rPr>
        <w:t>-day written notice is required for withdrawal.</w:t>
      </w:r>
      <w:r>
        <w:rPr>
          <w:rFonts w:ascii="Aptos" w:hAnsi="Aptos"/>
          <w:sz w:val="24"/>
          <w:szCs w:val="24"/>
        </w:rPr>
        <w:t xml:space="preserve">  Tuition may be prorated if the spot is filled.</w:t>
      </w:r>
    </w:p>
    <w:p w:rsidR="00C97AF9" w:rsidRDefault="00C97AF9" w:rsidP="00C97AF9">
      <w:pPr>
        <w:pStyle w:val="ListParagraph"/>
        <w:numPr>
          <w:ilvl w:val="0"/>
          <w:numId w:val="14"/>
        </w:numPr>
        <w:spacing w:after="0"/>
        <w:rPr>
          <w:rFonts w:ascii="Aptos" w:hAnsi="Aptos"/>
          <w:sz w:val="24"/>
          <w:szCs w:val="24"/>
        </w:rPr>
      </w:pPr>
      <w:r>
        <w:rPr>
          <w:rFonts w:ascii="Aptos" w:hAnsi="Aptos"/>
          <w:b/>
          <w:bCs/>
          <w:sz w:val="24"/>
          <w:szCs w:val="24"/>
        </w:rPr>
        <w:t>Scholarships</w:t>
      </w:r>
      <w:r w:rsidRPr="00C97AF9">
        <w:rPr>
          <w:rFonts w:ascii="Aptos" w:hAnsi="Aptos"/>
          <w:sz w:val="24"/>
          <w:szCs w:val="24"/>
        </w:rPr>
        <w:t>:</w:t>
      </w:r>
      <w:r>
        <w:rPr>
          <w:rFonts w:ascii="Aptos" w:hAnsi="Aptos"/>
          <w:sz w:val="24"/>
          <w:szCs w:val="24"/>
        </w:rPr>
        <w:t xml:space="preserve">  Limited aid is </w:t>
      </w:r>
      <w:proofErr w:type="gramStart"/>
      <w:r>
        <w:rPr>
          <w:rFonts w:ascii="Aptos" w:hAnsi="Aptos"/>
          <w:sz w:val="24"/>
          <w:szCs w:val="24"/>
        </w:rPr>
        <w:t>available</w:t>
      </w:r>
      <w:r w:rsidR="00B31558">
        <w:rPr>
          <w:rFonts w:ascii="Aptos" w:hAnsi="Aptos"/>
          <w:sz w:val="24"/>
          <w:szCs w:val="24"/>
        </w:rPr>
        <w:t>;  a</w:t>
      </w:r>
      <w:r>
        <w:rPr>
          <w:rFonts w:ascii="Aptos" w:hAnsi="Aptos"/>
          <w:sz w:val="24"/>
          <w:szCs w:val="24"/>
        </w:rPr>
        <w:t>pplications</w:t>
      </w:r>
      <w:proofErr w:type="gramEnd"/>
      <w:r>
        <w:rPr>
          <w:rFonts w:ascii="Aptos" w:hAnsi="Aptos"/>
          <w:sz w:val="24"/>
          <w:szCs w:val="24"/>
        </w:rPr>
        <w:t xml:space="preserve"> are handled confidentially by the Director.  Church members receive a tuition discount.</w:t>
      </w:r>
    </w:p>
    <w:p w:rsidR="00C97AF9" w:rsidRDefault="00B31558" w:rsidP="00C97AF9">
      <w:pPr>
        <w:pStyle w:val="ListParagraph"/>
        <w:numPr>
          <w:ilvl w:val="0"/>
          <w:numId w:val="14"/>
        </w:numPr>
        <w:spacing w:after="0"/>
        <w:rPr>
          <w:rFonts w:ascii="Aptos" w:hAnsi="Aptos"/>
          <w:sz w:val="24"/>
          <w:szCs w:val="24"/>
        </w:rPr>
      </w:pPr>
      <w:r w:rsidRPr="00B31558">
        <w:rPr>
          <w:rFonts w:ascii="Aptos" w:hAnsi="Aptos"/>
          <w:b/>
          <w:bCs/>
          <w:sz w:val="24"/>
          <w:szCs w:val="24"/>
        </w:rPr>
        <w:t>Extended Care Options</w:t>
      </w:r>
      <w:r>
        <w:rPr>
          <w:rFonts w:ascii="Aptos" w:hAnsi="Aptos"/>
          <w:sz w:val="24"/>
          <w:szCs w:val="24"/>
        </w:rPr>
        <w:t xml:space="preserve">:  </w:t>
      </w:r>
      <w:r w:rsidR="00C97AF9">
        <w:rPr>
          <w:rFonts w:ascii="Aptos" w:hAnsi="Aptos"/>
          <w:sz w:val="24"/>
          <w:szCs w:val="24"/>
        </w:rPr>
        <w:t>Early Drop-off, Stay-and-Play, and After-School Enrichment options are available for an additional fee.</w:t>
      </w:r>
    </w:p>
    <w:p w:rsidR="00C97AF9" w:rsidRDefault="00C97AF9" w:rsidP="00C97AF9">
      <w:pPr>
        <w:spacing w:after="0"/>
        <w:rPr>
          <w:rFonts w:ascii="Aptos" w:hAnsi="Aptos"/>
          <w:sz w:val="24"/>
          <w:szCs w:val="24"/>
        </w:rPr>
      </w:pPr>
    </w:p>
    <w:p w:rsidR="00C97AF9" w:rsidRDefault="00C97AF9" w:rsidP="00C97AF9">
      <w:pPr>
        <w:spacing w:after="0"/>
        <w:rPr>
          <w:rFonts w:ascii="Aptos" w:hAnsi="Aptos"/>
          <w:sz w:val="24"/>
          <w:szCs w:val="24"/>
        </w:rPr>
      </w:pPr>
      <w:r>
        <w:rPr>
          <w:rFonts w:ascii="Aptos" w:hAnsi="Aptos"/>
          <w:b/>
          <w:bCs/>
          <w:color w:val="0070C0"/>
          <w:sz w:val="28"/>
          <w:szCs w:val="28"/>
        </w:rPr>
        <w:t>Attendance Policy</w:t>
      </w:r>
    </w:p>
    <w:p w:rsidR="00C97AF9" w:rsidRDefault="00C97AF9" w:rsidP="00C97AF9">
      <w:pPr>
        <w:spacing w:after="0"/>
        <w:rPr>
          <w:rFonts w:ascii="Aptos" w:hAnsi="Aptos"/>
          <w:sz w:val="24"/>
          <w:szCs w:val="24"/>
        </w:rPr>
      </w:pPr>
    </w:p>
    <w:p w:rsidR="00C97AF9" w:rsidRDefault="00C97AF9" w:rsidP="00C97AF9">
      <w:pPr>
        <w:spacing w:after="0"/>
        <w:rPr>
          <w:rFonts w:ascii="Aptos" w:hAnsi="Aptos"/>
          <w:sz w:val="24"/>
          <w:szCs w:val="24"/>
        </w:rPr>
      </w:pPr>
      <w:r w:rsidRPr="00C97AF9">
        <w:rPr>
          <w:rFonts w:ascii="Aptos" w:hAnsi="Aptos"/>
          <w:b/>
          <w:bCs/>
          <w:sz w:val="24"/>
          <w:szCs w:val="24"/>
        </w:rPr>
        <w:t>Classes run from 9:30 a.m. to 1:00 p.m.</w:t>
      </w:r>
      <w:r>
        <w:rPr>
          <w:rFonts w:ascii="Aptos" w:hAnsi="Aptos"/>
          <w:sz w:val="24"/>
          <w:szCs w:val="24"/>
        </w:rPr>
        <w:t xml:space="preserve">  Arrival is between 9:20 and 9:40 a.m.  Timely arrival</w:t>
      </w:r>
      <w:r w:rsidR="00EB2652">
        <w:rPr>
          <w:rFonts w:ascii="Aptos" w:hAnsi="Aptos"/>
          <w:sz w:val="24"/>
          <w:szCs w:val="24"/>
        </w:rPr>
        <w:t xml:space="preserve"> helps</w:t>
      </w:r>
      <w:r>
        <w:rPr>
          <w:rFonts w:ascii="Aptos" w:hAnsi="Aptos"/>
          <w:sz w:val="24"/>
          <w:szCs w:val="24"/>
        </w:rPr>
        <w:t xml:space="preserve"> children benefit from routine and instruction.</w:t>
      </w:r>
    </w:p>
    <w:p w:rsidR="00C97AF9" w:rsidRDefault="00C97AF9" w:rsidP="00C97AF9">
      <w:pPr>
        <w:spacing w:after="0"/>
        <w:rPr>
          <w:rFonts w:ascii="Aptos" w:hAnsi="Aptos"/>
          <w:sz w:val="24"/>
          <w:szCs w:val="24"/>
        </w:rPr>
      </w:pPr>
    </w:p>
    <w:p w:rsidR="00F077ED" w:rsidRDefault="00C97AF9" w:rsidP="00C97AF9">
      <w:pPr>
        <w:spacing w:after="0"/>
        <w:rPr>
          <w:rFonts w:ascii="Aptos" w:hAnsi="Aptos"/>
          <w:sz w:val="24"/>
          <w:szCs w:val="24"/>
        </w:rPr>
      </w:pPr>
      <w:r w:rsidRPr="00C97AF9">
        <w:rPr>
          <w:rFonts w:ascii="Aptos" w:hAnsi="Aptos"/>
          <w:b/>
          <w:bCs/>
          <w:sz w:val="24"/>
          <w:szCs w:val="24"/>
        </w:rPr>
        <w:t>Absences</w:t>
      </w:r>
      <w:r>
        <w:rPr>
          <w:rFonts w:ascii="Aptos" w:hAnsi="Aptos"/>
          <w:sz w:val="24"/>
          <w:szCs w:val="24"/>
        </w:rPr>
        <w:t xml:space="preserve">:  Notify the preschool </w:t>
      </w:r>
      <w:r w:rsidR="00EB05E3">
        <w:rPr>
          <w:rFonts w:ascii="Aptos" w:hAnsi="Aptos"/>
          <w:sz w:val="24"/>
          <w:szCs w:val="24"/>
        </w:rPr>
        <w:t xml:space="preserve">by 11:00 a.m. via the Procare App, </w:t>
      </w:r>
      <w:r>
        <w:rPr>
          <w:rFonts w:ascii="Aptos" w:hAnsi="Aptos"/>
          <w:sz w:val="24"/>
          <w:szCs w:val="24"/>
        </w:rPr>
        <w:t xml:space="preserve">phone, </w:t>
      </w:r>
      <w:r w:rsidR="00EB05E3">
        <w:rPr>
          <w:rFonts w:ascii="Aptos" w:hAnsi="Aptos"/>
          <w:sz w:val="24"/>
          <w:szCs w:val="24"/>
        </w:rPr>
        <w:t xml:space="preserve">or email </w:t>
      </w:r>
      <w:r w:rsidR="00EB2652">
        <w:rPr>
          <w:rFonts w:ascii="Aptos" w:hAnsi="Aptos"/>
          <w:sz w:val="24"/>
          <w:szCs w:val="24"/>
        </w:rPr>
        <w:t>with</w:t>
      </w:r>
      <w:r w:rsidR="00EB05E3">
        <w:rPr>
          <w:rFonts w:ascii="Aptos" w:hAnsi="Aptos"/>
          <w:sz w:val="24"/>
          <w:szCs w:val="24"/>
        </w:rPr>
        <w:t xml:space="preserve"> the reason for </w:t>
      </w:r>
      <w:r w:rsidR="00EB2652">
        <w:rPr>
          <w:rFonts w:ascii="Aptos" w:hAnsi="Aptos"/>
          <w:sz w:val="24"/>
          <w:szCs w:val="24"/>
        </w:rPr>
        <w:t xml:space="preserve">the </w:t>
      </w:r>
      <w:r w:rsidR="00EB05E3">
        <w:rPr>
          <w:rFonts w:ascii="Aptos" w:hAnsi="Aptos"/>
          <w:sz w:val="24"/>
          <w:szCs w:val="24"/>
        </w:rPr>
        <w:t xml:space="preserve">absence.  </w:t>
      </w:r>
      <w:r w:rsidR="00EB05E3" w:rsidRPr="00EB05E3">
        <w:rPr>
          <w:rFonts w:ascii="Aptos" w:hAnsi="Aptos"/>
          <w:i/>
          <w:iCs/>
          <w:sz w:val="24"/>
          <w:szCs w:val="24"/>
          <w:u w:val="single"/>
        </w:rPr>
        <w:t>Kindergarten absences require written documentation and will be recorded on your child’s report card as excused or unexcused</w:t>
      </w:r>
      <w:r w:rsidR="00EB05E3">
        <w:rPr>
          <w:rFonts w:ascii="Aptos" w:hAnsi="Aptos"/>
          <w:sz w:val="24"/>
          <w:szCs w:val="24"/>
        </w:rPr>
        <w:t xml:space="preserve">.  </w:t>
      </w:r>
      <w:r w:rsidR="00F077ED">
        <w:rPr>
          <w:rFonts w:ascii="Aptos" w:hAnsi="Aptos"/>
          <w:sz w:val="24"/>
          <w:szCs w:val="24"/>
        </w:rPr>
        <w:tab/>
      </w:r>
      <w:r w:rsidR="00F077ED">
        <w:rPr>
          <w:rFonts w:ascii="Aptos" w:hAnsi="Aptos"/>
          <w:sz w:val="24"/>
          <w:szCs w:val="24"/>
        </w:rPr>
        <w:tab/>
        <w:t xml:space="preserve">        </w:t>
      </w:r>
      <w:r w:rsidR="00F077ED">
        <w:rPr>
          <w:rFonts w:ascii="Aptos" w:hAnsi="Aptos"/>
          <w:b/>
          <w:bCs/>
          <w:sz w:val="24"/>
          <w:szCs w:val="24"/>
        </w:rPr>
        <w:t>5</w:t>
      </w:r>
      <w:r w:rsidR="00F077ED">
        <w:rPr>
          <w:rFonts w:ascii="Aptos" w:hAnsi="Aptos"/>
          <w:sz w:val="24"/>
          <w:szCs w:val="24"/>
        </w:rPr>
        <w:tab/>
      </w:r>
    </w:p>
    <w:p w:rsidR="00EB05E3" w:rsidRDefault="00EB05E3" w:rsidP="00C97AF9">
      <w:pPr>
        <w:spacing w:after="0"/>
        <w:rPr>
          <w:rFonts w:ascii="Aptos" w:hAnsi="Aptos"/>
          <w:sz w:val="24"/>
          <w:szCs w:val="24"/>
        </w:rPr>
      </w:pPr>
      <w:r>
        <w:rPr>
          <w:rFonts w:ascii="Aptos" w:hAnsi="Aptos"/>
          <w:b/>
          <w:bCs/>
          <w:sz w:val="24"/>
          <w:szCs w:val="24"/>
        </w:rPr>
        <w:t>Pick-Up</w:t>
      </w:r>
      <w:r>
        <w:rPr>
          <w:rFonts w:ascii="Aptos" w:hAnsi="Aptos"/>
          <w:sz w:val="24"/>
          <w:szCs w:val="24"/>
        </w:rPr>
        <w:t xml:space="preserve">:  Pick-Up begins at 12:50. Only </w:t>
      </w:r>
      <w:r w:rsidR="00EB2652">
        <w:rPr>
          <w:rFonts w:ascii="Aptos" w:hAnsi="Aptos"/>
          <w:sz w:val="24"/>
          <w:szCs w:val="24"/>
        </w:rPr>
        <w:t xml:space="preserve">authorized </w:t>
      </w:r>
      <w:r>
        <w:rPr>
          <w:rFonts w:ascii="Aptos" w:hAnsi="Aptos"/>
          <w:sz w:val="24"/>
          <w:szCs w:val="24"/>
        </w:rPr>
        <w:t>adults (</w:t>
      </w:r>
      <w:r w:rsidR="00EB2652">
        <w:rPr>
          <w:rFonts w:ascii="Aptos" w:hAnsi="Aptos"/>
          <w:sz w:val="24"/>
          <w:szCs w:val="24"/>
        </w:rPr>
        <w:t>age 18+</w:t>
      </w:r>
      <w:r>
        <w:rPr>
          <w:rFonts w:ascii="Aptos" w:hAnsi="Aptos"/>
          <w:sz w:val="24"/>
          <w:szCs w:val="24"/>
        </w:rPr>
        <w:t xml:space="preserve">), listed </w:t>
      </w:r>
      <w:r w:rsidR="00EB2652">
        <w:rPr>
          <w:rFonts w:ascii="Aptos" w:hAnsi="Aptos"/>
          <w:sz w:val="24"/>
          <w:szCs w:val="24"/>
        </w:rPr>
        <w:t>on the</w:t>
      </w:r>
      <w:r>
        <w:rPr>
          <w:rFonts w:ascii="Aptos" w:hAnsi="Aptos"/>
          <w:sz w:val="24"/>
          <w:szCs w:val="24"/>
        </w:rPr>
        <w:t xml:space="preserve"> pick-up </w:t>
      </w:r>
      <w:r w:rsidR="00EB2652">
        <w:rPr>
          <w:rFonts w:ascii="Aptos" w:hAnsi="Aptos"/>
          <w:sz w:val="24"/>
          <w:szCs w:val="24"/>
        </w:rPr>
        <w:t>list</w:t>
      </w:r>
      <w:r>
        <w:rPr>
          <w:rFonts w:ascii="Aptos" w:hAnsi="Aptos"/>
          <w:sz w:val="24"/>
          <w:szCs w:val="24"/>
        </w:rPr>
        <w:t xml:space="preserve">, may </w:t>
      </w:r>
      <w:r w:rsidR="00EB2652">
        <w:rPr>
          <w:rFonts w:ascii="Aptos" w:hAnsi="Aptos"/>
          <w:sz w:val="24"/>
          <w:szCs w:val="24"/>
        </w:rPr>
        <w:t>collect</w:t>
      </w:r>
      <w:r>
        <w:rPr>
          <w:rFonts w:ascii="Aptos" w:hAnsi="Aptos"/>
          <w:sz w:val="24"/>
          <w:szCs w:val="24"/>
        </w:rPr>
        <w:t xml:space="preserve"> children.  Valid ID is required for unfamiliar individuals.  Unsafe conditions (e.g., intoxication) may </w:t>
      </w:r>
      <w:r w:rsidR="00EB2652">
        <w:rPr>
          <w:rFonts w:ascii="Aptos" w:hAnsi="Aptos"/>
          <w:sz w:val="24"/>
          <w:szCs w:val="24"/>
        </w:rPr>
        <w:t>be</w:t>
      </w:r>
      <w:r>
        <w:rPr>
          <w:rFonts w:ascii="Aptos" w:hAnsi="Aptos"/>
          <w:sz w:val="24"/>
          <w:szCs w:val="24"/>
        </w:rPr>
        <w:t xml:space="preserve"> report</w:t>
      </w:r>
      <w:r w:rsidR="00EB2652">
        <w:rPr>
          <w:rFonts w:ascii="Aptos" w:hAnsi="Aptos"/>
          <w:sz w:val="24"/>
          <w:szCs w:val="24"/>
        </w:rPr>
        <w:t>ed</w:t>
      </w:r>
      <w:r>
        <w:rPr>
          <w:rFonts w:ascii="Aptos" w:hAnsi="Aptos"/>
          <w:sz w:val="24"/>
          <w:szCs w:val="24"/>
        </w:rPr>
        <w:t xml:space="preserve"> to the appropriate authorities.</w:t>
      </w:r>
    </w:p>
    <w:p w:rsidR="00EB05E3" w:rsidRDefault="00EB05E3" w:rsidP="00C97AF9">
      <w:pPr>
        <w:spacing w:after="0"/>
        <w:rPr>
          <w:rFonts w:ascii="Aptos" w:hAnsi="Aptos"/>
          <w:sz w:val="24"/>
          <w:szCs w:val="24"/>
        </w:rPr>
      </w:pPr>
    </w:p>
    <w:p w:rsidR="00EB05E3" w:rsidRPr="00EB05E3" w:rsidRDefault="00EB05E3" w:rsidP="00C97AF9">
      <w:pPr>
        <w:spacing w:after="0"/>
        <w:rPr>
          <w:rFonts w:ascii="Aptos" w:hAnsi="Aptos"/>
          <w:sz w:val="24"/>
          <w:szCs w:val="24"/>
        </w:rPr>
      </w:pPr>
      <w:r>
        <w:rPr>
          <w:rFonts w:ascii="Aptos" w:hAnsi="Aptos"/>
          <w:b/>
          <w:bCs/>
          <w:sz w:val="24"/>
          <w:szCs w:val="24"/>
        </w:rPr>
        <w:t>Late Pick-Up Fee</w:t>
      </w:r>
      <w:r>
        <w:rPr>
          <w:rFonts w:ascii="Aptos" w:hAnsi="Aptos"/>
          <w:sz w:val="24"/>
          <w:szCs w:val="24"/>
        </w:rPr>
        <w:t>:  $15 after 1:00 p.m.</w:t>
      </w:r>
      <w:r w:rsidR="00EB2652">
        <w:rPr>
          <w:rFonts w:ascii="Aptos" w:hAnsi="Aptos"/>
          <w:sz w:val="24"/>
          <w:szCs w:val="24"/>
        </w:rPr>
        <w:t>,</w:t>
      </w:r>
      <w:r>
        <w:rPr>
          <w:rFonts w:ascii="Aptos" w:hAnsi="Aptos"/>
          <w:sz w:val="24"/>
          <w:szCs w:val="24"/>
        </w:rPr>
        <w:t xml:space="preserve"> plus $10 per additional 15 minutes.  After 2:00 p.m., Child Protective Services may be contacted.</w:t>
      </w:r>
    </w:p>
    <w:p w:rsidR="00C97AF9" w:rsidRDefault="00C97AF9" w:rsidP="00C97AF9">
      <w:pPr>
        <w:spacing w:after="0"/>
        <w:rPr>
          <w:rFonts w:ascii="Aptos" w:hAnsi="Aptos"/>
          <w:sz w:val="24"/>
          <w:szCs w:val="24"/>
        </w:rPr>
      </w:pPr>
    </w:p>
    <w:p w:rsidR="00AB308B" w:rsidRDefault="00AB308B" w:rsidP="00C97AF9">
      <w:pPr>
        <w:spacing w:after="0"/>
        <w:rPr>
          <w:rFonts w:ascii="Aptos" w:hAnsi="Aptos"/>
          <w:b/>
          <w:bCs/>
          <w:color w:val="0070C0"/>
          <w:sz w:val="28"/>
          <w:szCs w:val="28"/>
        </w:rPr>
      </w:pPr>
      <w:r>
        <w:rPr>
          <w:rFonts w:ascii="Aptos" w:hAnsi="Aptos"/>
          <w:b/>
          <w:bCs/>
          <w:color w:val="0070C0"/>
          <w:sz w:val="28"/>
          <w:szCs w:val="28"/>
        </w:rPr>
        <w:t>Drop-Off and Pick-Up Procedures</w:t>
      </w:r>
    </w:p>
    <w:p w:rsidR="00AB308B" w:rsidRDefault="00AB308B" w:rsidP="00C97AF9">
      <w:pPr>
        <w:spacing w:after="0"/>
        <w:rPr>
          <w:rFonts w:ascii="Aptos" w:hAnsi="Aptos"/>
          <w:sz w:val="24"/>
          <w:szCs w:val="24"/>
        </w:rPr>
      </w:pPr>
    </w:p>
    <w:p w:rsidR="00AB308B" w:rsidRDefault="00AB308B" w:rsidP="00AB308B">
      <w:pPr>
        <w:pStyle w:val="ListParagraph"/>
        <w:numPr>
          <w:ilvl w:val="0"/>
          <w:numId w:val="15"/>
        </w:numPr>
        <w:spacing w:after="0"/>
        <w:rPr>
          <w:rFonts w:ascii="Aptos" w:hAnsi="Aptos"/>
          <w:sz w:val="24"/>
          <w:szCs w:val="24"/>
        </w:rPr>
      </w:pPr>
      <w:r w:rsidRPr="00F879F9">
        <w:rPr>
          <w:rFonts w:ascii="Aptos" w:hAnsi="Aptos"/>
          <w:sz w:val="24"/>
          <w:szCs w:val="24"/>
        </w:rPr>
        <w:t xml:space="preserve">All </w:t>
      </w:r>
      <w:r w:rsidR="00F879F9" w:rsidRPr="00F879F9">
        <w:rPr>
          <w:rFonts w:ascii="Aptos" w:hAnsi="Aptos"/>
          <w:sz w:val="24"/>
          <w:szCs w:val="24"/>
        </w:rPr>
        <w:t>individuals</w:t>
      </w:r>
      <w:r>
        <w:rPr>
          <w:rFonts w:ascii="Aptos" w:hAnsi="Aptos"/>
          <w:sz w:val="24"/>
          <w:szCs w:val="24"/>
        </w:rPr>
        <w:t xml:space="preserve"> authorized </w:t>
      </w:r>
      <w:r w:rsidR="00F879F9">
        <w:rPr>
          <w:rFonts w:ascii="Aptos" w:hAnsi="Aptos"/>
          <w:sz w:val="24"/>
          <w:szCs w:val="24"/>
        </w:rPr>
        <w:t>to</w:t>
      </w:r>
      <w:r>
        <w:rPr>
          <w:rFonts w:ascii="Aptos" w:hAnsi="Aptos"/>
          <w:sz w:val="24"/>
          <w:szCs w:val="24"/>
        </w:rPr>
        <w:t xml:space="preserve"> drop</w:t>
      </w:r>
      <w:r w:rsidR="00F879F9">
        <w:rPr>
          <w:rFonts w:ascii="Aptos" w:hAnsi="Aptos"/>
          <w:sz w:val="24"/>
          <w:szCs w:val="24"/>
        </w:rPr>
        <w:t xml:space="preserve"> </w:t>
      </w:r>
      <w:r>
        <w:rPr>
          <w:rFonts w:ascii="Aptos" w:hAnsi="Aptos"/>
          <w:sz w:val="24"/>
          <w:szCs w:val="24"/>
        </w:rPr>
        <w:t>off and pick</w:t>
      </w:r>
      <w:r w:rsidR="00F879F9">
        <w:rPr>
          <w:rFonts w:ascii="Aptos" w:hAnsi="Aptos"/>
          <w:sz w:val="24"/>
          <w:szCs w:val="24"/>
        </w:rPr>
        <w:t xml:space="preserve"> </w:t>
      </w:r>
      <w:r>
        <w:rPr>
          <w:rFonts w:ascii="Aptos" w:hAnsi="Aptos"/>
          <w:sz w:val="24"/>
          <w:szCs w:val="24"/>
        </w:rPr>
        <w:t xml:space="preserve">up your child must be </w:t>
      </w:r>
      <w:r w:rsidR="00F879F9">
        <w:rPr>
          <w:rFonts w:ascii="Aptos" w:hAnsi="Aptos"/>
          <w:sz w:val="24"/>
          <w:szCs w:val="24"/>
        </w:rPr>
        <w:t>listed</w:t>
      </w:r>
      <w:r>
        <w:rPr>
          <w:rFonts w:ascii="Aptos" w:hAnsi="Aptos"/>
          <w:sz w:val="24"/>
          <w:szCs w:val="24"/>
        </w:rPr>
        <w:t xml:space="preserve"> in your child’s Procare profile as either the parent or an authorized pick-up </w:t>
      </w:r>
      <w:r w:rsidR="00F879F9">
        <w:rPr>
          <w:rFonts w:ascii="Aptos" w:hAnsi="Aptos"/>
          <w:sz w:val="24"/>
          <w:szCs w:val="24"/>
        </w:rPr>
        <w:t>contact</w:t>
      </w:r>
      <w:r>
        <w:rPr>
          <w:rFonts w:ascii="Aptos" w:hAnsi="Aptos"/>
          <w:sz w:val="24"/>
          <w:szCs w:val="24"/>
        </w:rPr>
        <w:t xml:space="preserve">.  Each authorized adult will be assigned a sign-in PIN, which is required at </w:t>
      </w:r>
      <w:r w:rsidR="00F879F9">
        <w:rPr>
          <w:rFonts w:ascii="Aptos" w:hAnsi="Aptos"/>
          <w:sz w:val="24"/>
          <w:szCs w:val="24"/>
        </w:rPr>
        <w:t xml:space="preserve">both </w:t>
      </w:r>
      <w:r>
        <w:rPr>
          <w:rFonts w:ascii="Aptos" w:hAnsi="Aptos"/>
          <w:sz w:val="24"/>
          <w:szCs w:val="24"/>
        </w:rPr>
        <w:t xml:space="preserve">drop-off and pick-up.  This </w:t>
      </w:r>
      <w:r w:rsidR="00F879F9">
        <w:rPr>
          <w:rFonts w:ascii="Aptos" w:hAnsi="Aptos"/>
          <w:sz w:val="24"/>
          <w:szCs w:val="24"/>
        </w:rPr>
        <w:t>allows</w:t>
      </w:r>
      <w:r>
        <w:rPr>
          <w:rFonts w:ascii="Aptos" w:hAnsi="Aptos"/>
          <w:sz w:val="24"/>
          <w:szCs w:val="24"/>
        </w:rPr>
        <w:t xml:space="preserve"> us </w:t>
      </w:r>
      <w:r w:rsidR="00F879F9">
        <w:rPr>
          <w:rFonts w:ascii="Aptos" w:hAnsi="Aptos"/>
          <w:sz w:val="24"/>
          <w:szCs w:val="24"/>
        </w:rPr>
        <w:t>to track</w:t>
      </w:r>
      <w:r>
        <w:rPr>
          <w:rFonts w:ascii="Aptos" w:hAnsi="Aptos"/>
          <w:sz w:val="24"/>
          <w:szCs w:val="24"/>
        </w:rPr>
        <w:t xml:space="preserve"> who dropped off or picked up your child, </w:t>
      </w:r>
      <w:r w:rsidR="00F879F9">
        <w:rPr>
          <w:rFonts w:ascii="Aptos" w:hAnsi="Aptos"/>
          <w:sz w:val="24"/>
          <w:szCs w:val="24"/>
        </w:rPr>
        <w:t>along with t</w:t>
      </w:r>
      <w:r>
        <w:rPr>
          <w:rFonts w:ascii="Aptos" w:hAnsi="Aptos"/>
          <w:sz w:val="24"/>
          <w:szCs w:val="24"/>
        </w:rPr>
        <w:t>heir time in</w:t>
      </w:r>
      <w:r w:rsidR="00F879F9">
        <w:rPr>
          <w:rFonts w:ascii="Aptos" w:hAnsi="Aptos"/>
          <w:sz w:val="24"/>
          <w:szCs w:val="24"/>
        </w:rPr>
        <w:t xml:space="preserve"> and </w:t>
      </w:r>
      <w:r>
        <w:rPr>
          <w:rFonts w:ascii="Aptos" w:hAnsi="Aptos"/>
          <w:sz w:val="24"/>
          <w:szCs w:val="24"/>
        </w:rPr>
        <w:t>out of the building.</w:t>
      </w:r>
    </w:p>
    <w:p w:rsidR="00AB308B" w:rsidRDefault="00F879F9" w:rsidP="00AB308B">
      <w:pPr>
        <w:pStyle w:val="ListParagraph"/>
        <w:numPr>
          <w:ilvl w:val="0"/>
          <w:numId w:val="15"/>
        </w:numPr>
        <w:spacing w:after="0"/>
        <w:rPr>
          <w:rFonts w:ascii="Aptos" w:hAnsi="Aptos"/>
          <w:sz w:val="24"/>
          <w:szCs w:val="24"/>
        </w:rPr>
      </w:pPr>
      <w:r>
        <w:rPr>
          <w:rFonts w:ascii="Aptos" w:hAnsi="Aptos"/>
          <w:b/>
          <w:bCs/>
          <w:sz w:val="24"/>
          <w:szCs w:val="24"/>
        </w:rPr>
        <w:t>Upon arrival</w:t>
      </w:r>
      <w:r w:rsidR="00AB308B">
        <w:rPr>
          <w:rFonts w:ascii="Aptos" w:hAnsi="Aptos"/>
          <w:sz w:val="24"/>
          <w:szCs w:val="24"/>
        </w:rPr>
        <w:t xml:space="preserve">, please park in the lot along the side of the building and enter through the </w:t>
      </w:r>
      <w:r w:rsidR="00885EC1">
        <w:rPr>
          <w:rFonts w:ascii="Aptos" w:hAnsi="Aptos"/>
          <w:sz w:val="24"/>
          <w:szCs w:val="24"/>
        </w:rPr>
        <w:t xml:space="preserve">side door </w:t>
      </w:r>
      <w:r w:rsidR="00AB308B">
        <w:rPr>
          <w:rFonts w:ascii="Aptos" w:hAnsi="Aptos"/>
          <w:sz w:val="24"/>
          <w:szCs w:val="24"/>
        </w:rPr>
        <w:t>(</w:t>
      </w:r>
      <w:r>
        <w:rPr>
          <w:rFonts w:ascii="Aptos" w:hAnsi="Aptos"/>
          <w:sz w:val="24"/>
          <w:szCs w:val="24"/>
        </w:rPr>
        <w:t xml:space="preserve">located at the </w:t>
      </w:r>
      <w:r w:rsidR="00AB308B">
        <w:rPr>
          <w:rFonts w:ascii="Aptos" w:hAnsi="Aptos"/>
          <w:sz w:val="24"/>
          <w:szCs w:val="24"/>
        </w:rPr>
        <w:t xml:space="preserve">end of the kindergarten hall).  </w:t>
      </w:r>
      <w:r w:rsidR="00885EC1">
        <w:rPr>
          <w:rFonts w:ascii="Aptos" w:hAnsi="Aptos"/>
          <w:sz w:val="24"/>
          <w:szCs w:val="24"/>
        </w:rPr>
        <w:t xml:space="preserve">The lot behind the school near the playground is </w:t>
      </w:r>
      <w:r>
        <w:rPr>
          <w:rFonts w:ascii="Aptos" w:hAnsi="Aptos"/>
          <w:sz w:val="24"/>
          <w:szCs w:val="24"/>
        </w:rPr>
        <w:t>reserved f</w:t>
      </w:r>
      <w:r w:rsidR="00885EC1">
        <w:rPr>
          <w:rFonts w:ascii="Aptos" w:hAnsi="Aptos"/>
          <w:sz w:val="24"/>
          <w:szCs w:val="24"/>
        </w:rPr>
        <w:t xml:space="preserve">or staff only and </w:t>
      </w:r>
      <w:r>
        <w:rPr>
          <w:rFonts w:ascii="Aptos" w:hAnsi="Aptos"/>
          <w:sz w:val="24"/>
          <w:szCs w:val="24"/>
        </w:rPr>
        <w:t xml:space="preserve">may </w:t>
      </w:r>
      <w:r w:rsidR="00885EC1">
        <w:rPr>
          <w:rFonts w:ascii="Aptos" w:hAnsi="Aptos"/>
          <w:sz w:val="24"/>
          <w:szCs w:val="24"/>
        </w:rPr>
        <w:t xml:space="preserve">not </w:t>
      </w:r>
      <w:proofErr w:type="spellStart"/>
      <w:r w:rsidR="00885EC1">
        <w:rPr>
          <w:rFonts w:ascii="Aptos" w:hAnsi="Aptos"/>
          <w:sz w:val="24"/>
          <w:szCs w:val="24"/>
        </w:rPr>
        <w:t>be</w:t>
      </w:r>
      <w:proofErr w:type="spellEnd"/>
      <w:r w:rsidR="00885EC1">
        <w:rPr>
          <w:rFonts w:ascii="Aptos" w:hAnsi="Aptos"/>
          <w:sz w:val="24"/>
          <w:szCs w:val="24"/>
        </w:rPr>
        <w:t xml:space="preserve"> </w:t>
      </w:r>
      <w:proofErr w:type="spellStart"/>
      <w:r w:rsidR="00885EC1">
        <w:rPr>
          <w:rFonts w:ascii="Aptos" w:hAnsi="Aptos"/>
          <w:sz w:val="24"/>
          <w:szCs w:val="24"/>
        </w:rPr>
        <w:t>used</w:t>
      </w:r>
      <w:proofErr w:type="spellEnd"/>
      <w:r w:rsidR="00885EC1">
        <w:rPr>
          <w:rFonts w:ascii="Aptos" w:hAnsi="Aptos"/>
          <w:sz w:val="24"/>
          <w:szCs w:val="24"/>
        </w:rPr>
        <w:t xml:space="preserve"> during drop-off</w:t>
      </w:r>
      <w:r>
        <w:rPr>
          <w:rFonts w:ascii="Aptos" w:hAnsi="Aptos"/>
          <w:sz w:val="24"/>
          <w:szCs w:val="24"/>
        </w:rPr>
        <w:t xml:space="preserve"> or </w:t>
      </w:r>
      <w:r w:rsidR="00885EC1">
        <w:rPr>
          <w:rFonts w:ascii="Aptos" w:hAnsi="Aptos"/>
          <w:sz w:val="24"/>
          <w:szCs w:val="24"/>
        </w:rPr>
        <w:t>pick-up.</w:t>
      </w:r>
    </w:p>
    <w:p w:rsidR="00F879F9" w:rsidRDefault="00AB308B" w:rsidP="00AB308B">
      <w:pPr>
        <w:pStyle w:val="ListParagraph"/>
        <w:numPr>
          <w:ilvl w:val="0"/>
          <w:numId w:val="15"/>
        </w:numPr>
        <w:spacing w:after="0"/>
        <w:rPr>
          <w:rFonts w:ascii="Aptos" w:hAnsi="Aptos"/>
          <w:sz w:val="24"/>
          <w:szCs w:val="24"/>
        </w:rPr>
      </w:pPr>
      <w:r w:rsidRPr="00F879F9">
        <w:rPr>
          <w:rFonts w:ascii="Aptos" w:hAnsi="Aptos"/>
          <w:b/>
          <w:bCs/>
          <w:sz w:val="24"/>
          <w:szCs w:val="24"/>
        </w:rPr>
        <w:t>Sign your child in/out</w:t>
      </w:r>
      <w:r w:rsidRPr="00F879F9">
        <w:rPr>
          <w:rFonts w:ascii="Aptos" w:hAnsi="Aptos"/>
          <w:sz w:val="24"/>
          <w:szCs w:val="24"/>
        </w:rPr>
        <w:t xml:space="preserve"> using </w:t>
      </w:r>
      <w:r w:rsidR="00885EC1" w:rsidRPr="00F879F9">
        <w:rPr>
          <w:rFonts w:ascii="Aptos" w:hAnsi="Aptos"/>
          <w:sz w:val="24"/>
          <w:szCs w:val="24"/>
        </w:rPr>
        <w:t xml:space="preserve">your assigned PIN on </w:t>
      </w:r>
      <w:r w:rsidRPr="00F879F9">
        <w:rPr>
          <w:rFonts w:ascii="Aptos" w:hAnsi="Aptos"/>
          <w:sz w:val="24"/>
          <w:szCs w:val="24"/>
        </w:rPr>
        <w:t xml:space="preserve">the </w:t>
      </w:r>
      <w:r w:rsidR="00885EC1" w:rsidRPr="00F879F9">
        <w:rPr>
          <w:rFonts w:ascii="Aptos" w:hAnsi="Aptos"/>
          <w:sz w:val="24"/>
          <w:szCs w:val="24"/>
        </w:rPr>
        <w:t xml:space="preserve">Procare app, Procare </w:t>
      </w:r>
      <w:r w:rsidRPr="00F879F9">
        <w:rPr>
          <w:rFonts w:ascii="Aptos" w:hAnsi="Aptos"/>
          <w:sz w:val="24"/>
          <w:szCs w:val="24"/>
        </w:rPr>
        <w:t>kiosk</w:t>
      </w:r>
      <w:r w:rsidR="00885EC1" w:rsidRPr="00F879F9">
        <w:rPr>
          <w:rFonts w:ascii="Aptos" w:hAnsi="Aptos"/>
          <w:sz w:val="24"/>
          <w:szCs w:val="24"/>
        </w:rPr>
        <w:t>,</w:t>
      </w:r>
      <w:r w:rsidRPr="00F879F9">
        <w:rPr>
          <w:rFonts w:ascii="Aptos" w:hAnsi="Aptos"/>
          <w:sz w:val="24"/>
          <w:szCs w:val="24"/>
        </w:rPr>
        <w:t xml:space="preserve"> or posted QR codes upon entering the building, then proceed directly to your child’s classroom</w:t>
      </w:r>
      <w:r w:rsidR="00F879F9" w:rsidRPr="00F879F9">
        <w:rPr>
          <w:rFonts w:ascii="Aptos" w:hAnsi="Aptos"/>
          <w:sz w:val="24"/>
          <w:szCs w:val="24"/>
        </w:rPr>
        <w:t xml:space="preserve">.  </w:t>
      </w:r>
    </w:p>
    <w:p w:rsidR="00AB308B" w:rsidRPr="00F879F9" w:rsidRDefault="00F879F9" w:rsidP="00AB308B">
      <w:pPr>
        <w:pStyle w:val="ListParagraph"/>
        <w:numPr>
          <w:ilvl w:val="0"/>
          <w:numId w:val="15"/>
        </w:numPr>
        <w:spacing w:after="0"/>
        <w:rPr>
          <w:rFonts w:ascii="Aptos" w:hAnsi="Aptos"/>
          <w:sz w:val="24"/>
          <w:szCs w:val="24"/>
        </w:rPr>
      </w:pPr>
      <w:r>
        <w:rPr>
          <w:rFonts w:ascii="Aptos" w:hAnsi="Aptos"/>
          <w:b/>
          <w:bCs/>
          <w:sz w:val="24"/>
          <w:szCs w:val="24"/>
        </w:rPr>
        <w:t>Please e</w:t>
      </w:r>
      <w:r w:rsidR="00AB308B" w:rsidRPr="00F879F9">
        <w:rPr>
          <w:rFonts w:ascii="Aptos" w:hAnsi="Aptos"/>
          <w:b/>
          <w:bCs/>
          <w:sz w:val="24"/>
          <w:szCs w:val="24"/>
        </w:rPr>
        <w:t xml:space="preserve">xit </w:t>
      </w:r>
      <w:r w:rsidR="00AB308B" w:rsidRPr="00F879F9">
        <w:rPr>
          <w:rFonts w:ascii="Aptos" w:hAnsi="Aptos"/>
          <w:sz w:val="24"/>
          <w:szCs w:val="24"/>
        </w:rPr>
        <w:t xml:space="preserve">through the double doors near the playground.  </w:t>
      </w:r>
    </w:p>
    <w:p w:rsidR="00C56907" w:rsidRPr="001E79EF" w:rsidRDefault="00C56907" w:rsidP="00C56907">
      <w:pPr>
        <w:pStyle w:val="ListParagraph"/>
        <w:numPr>
          <w:ilvl w:val="0"/>
          <w:numId w:val="15"/>
        </w:numPr>
        <w:ind w:right="-540"/>
        <w:rPr>
          <w:rFonts w:ascii="Calibri" w:hAnsi="Calibri"/>
          <w:sz w:val="24"/>
          <w:szCs w:val="24"/>
        </w:rPr>
      </w:pPr>
      <w:r w:rsidRPr="001E79EF">
        <w:rPr>
          <w:rFonts w:ascii="Aptos" w:hAnsi="Aptos"/>
          <w:b/>
          <w:bCs/>
          <w:sz w:val="24"/>
          <w:szCs w:val="24"/>
        </w:rPr>
        <w:t>Under no circumstances are young children to be left alone in a vehicle</w:t>
      </w:r>
      <w:r w:rsidRPr="001E79EF">
        <w:rPr>
          <w:rFonts w:ascii="Aptos" w:hAnsi="Aptos"/>
          <w:sz w:val="24"/>
          <w:szCs w:val="24"/>
        </w:rPr>
        <w:t xml:space="preserve"> while a parent </w:t>
      </w:r>
      <w:r w:rsidR="00F879F9">
        <w:rPr>
          <w:rFonts w:ascii="Aptos" w:hAnsi="Aptos"/>
          <w:sz w:val="24"/>
          <w:szCs w:val="24"/>
        </w:rPr>
        <w:t>enters</w:t>
      </w:r>
      <w:r w:rsidRPr="001E79EF">
        <w:rPr>
          <w:rFonts w:ascii="Aptos" w:hAnsi="Aptos"/>
          <w:sz w:val="24"/>
          <w:szCs w:val="24"/>
        </w:rPr>
        <w:t xml:space="preserve"> the building to pick up or drop off another child.  This is considered child endangerment by local authorities and </w:t>
      </w:r>
      <w:r w:rsidR="00F879F9">
        <w:rPr>
          <w:rFonts w:ascii="Aptos" w:hAnsi="Aptos"/>
          <w:sz w:val="24"/>
          <w:szCs w:val="24"/>
        </w:rPr>
        <w:t>m</w:t>
      </w:r>
      <w:r w:rsidRPr="001E79EF">
        <w:rPr>
          <w:rFonts w:ascii="Aptos" w:hAnsi="Aptos"/>
          <w:sz w:val="24"/>
          <w:szCs w:val="24"/>
        </w:rPr>
        <w:t xml:space="preserve">ust be </w:t>
      </w:r>
      <w:r w:rsidR="00F879F9">
        <w:rPr>
          <w:rFonts w:ascii="Aptos" w:hAnsi="Aptos"/>
          <w:sz w:val="24"/>
          <w:szCs w:val="24"/>
        </w:rPr>
        <w:t>report</w:t>
      </w:r>
      <w:r w:rsidRPr="001E79EF">
        <w:rPr>
          <w:rFonts w:ascii="Aptos" w:hAnsi="Aptos"/>
          <w:sz w:val="24"/>
          <w:szCs w:val="24"/>
        </w:rPr>
        <w:t>ed</w:t>
      </w:r>
      <w:r w:rsidRPr="001E79EF">
        <w:rPr>
          <w:rFonts w:ascii="Calibri" w:hAnsi="Calibri"/>
          <w:sz w:val="24"/>
          <w:szCs w:val="24"/>
        </w:rPr>
        <w:t>.</w:t>
      </w:r>
    </w:p>
    <w:p w:rsidR="00885EC1" w:rsidRPr="00803247" w:rsidRDefault="00885EC1" w:rsidP="00885EC1">
      <w:pPr>
        <w:spacing w:after="0"/>
        <w:rPr>
          <w:rFonts w:ascii="Aptos" w:hAnsi="Aptos"/>
          <w:sz w:val="10"/>
          <w:szCs w:val="10"/>
        </w:rPr>
      </w:pPr>
    </w:p>
    <w:p w:rsidR="00885EC1" w:rsidRDefault="00885EC1" w:rsidP="00885EC1">
      <w:pPr>
        <w:spacing w:after="0"/>
        <w:rPr>
          <w:rFonts w:ascii="Aptos" w:hAnsi="Aptos"/>
          <w:b/>
          <w:bCs/>
          <w:color w:val="0070C0"/>
          <w:sz w:val="28"/>
          <w:szCs w:val="28"/>
        </w:rPr>
      </w:pPr>
      <w:r>
        <w:rPr>
          <w:rFonts w:ascii="Aptos" w:hAnsi="Aptos"/>
          <w:b/>
          <w:bCs/>
          <w:color w:val="0070C0"/>
          <w:sz w:val="28"/>
          <w:szCs w:val="28"/>
        </w:rPr>
        <w:t>Communication</w:t>
      </w:r>
    </w:p>
    <w:p w:rsidR="00885EC1" w:rsidRPr="00803247" w:rsidRDefault="00885EC1" w:rsidP="00885EC1">
      <w:pPr>
        <w:spacing w:after="0"/>
        <w:rPr>
          <w:rFonts w:ascii="Aptos" w:hAnsi="Aptos"/>
          <w:b/>
          <w:bCs/>
          <w:color w:val="0070C0"/>
          <w:sz w:val="10"/>
          <w:szCs w:val="10"/>
        </w:rPr>
      </w:pPr>
    </w:p>
    <w:p w:rsidR="00885EC1" w:rsidRDefault="00885EC1" w:rsidP="00885EC1">
      <w:pPr>
        <w:spacing w:after="0"/>
        <w:rPr>
          <w:rFonts w:ascii="Aptos" w:hAnsi="Aptos"/>
          <w:sz w:val="24"/>
          <w:szCs w:val="24"/>
        </w:rPr>
      </w:pPr>
      <w:r>
        <w:rPr>
          <w:rFonts w:ascii="Aptos" w:hAnsi="Aptos"/>
          <w:sz w:val="24"/>
          <w:szCs w:val="24"/>
        </w:rPr>
        <w:t>We prioritize clear and consistent communication between families and staff.</w:t>
      </w:r>
    </w:p>
    <w:p w:rsidR="00885EC1" w:rsidRDefault="00885EC1" w:rsidP="00885EC1">
      <w:pPr>
        <w:spacing w:after="0"/>
        <w:rPr>
          <w:rFonts w:ascii="Aptos" w:hAnsi="Aptos"/>
          <w:sz w:val="24"/>
          <w:szCs w:val="24"/>
        </w:rPr>
      </w:pPr>
    </w:p>
    <w:p w:rsidR="00847E81" w:rsidRPr="00847E81" w:rsidRDefault="00885EC1" w:rsidP="00847E81">
      <w:pPr>
        <w:pStyle w:val="ListParagraph"/>
        <w:numPr>
          <w:ilvl w:val="0"/>
          <w:numId w:val="16"/>
        </w:numPr>
        <w:spacing w:after="0"/>
        <w:rPr>
          <w:rFonts w:ascii="Aptos" w:hAnsi="Aptos"/>
          <w:sz w:val="24"/>
          <w:szCs w:val="24"/>
        </w:rPr>
      </w:pPr>
      <w:r w:rsidRPr="00847E81">
        <w:rPr>
          <w:rFonts w:ascii="Aptos" w:hAnsi="Aptos"/>
          <w:b/>
          <w:bCs/>
          <w:sz w:val="24"/>
          <w:szCs w:val="24"/>
        </w:rPr>
        <w:t xml:space="preserve">Procare is </w:t>
      </w:r>
      <w:r w:rsidR="00F879F9">
        <w:rPr>
          <w:rFonts w:ascii="Aptos" w:hAnsi="Aptos"/>
          <w:b/>
          <w:bCs/>
          <w:sz w:val="24"/>
          <w:szCs w:val="24"/>
        </w:rPr>
        <w:t>our primary</w:t>
      </w:r>
      <w:r w:rsidRPr="00847E81">
        <w:rPr>
          <w:rFonts w:ascii="Aptos" w:hAnsi="Aptos"/>
          <w:b/>
          <w:bCs/>
          <w:sz w:val="24"/>
          <w:szCs w:val="24"/>
        </w:rPr>
        <w:t xml:space="preserve"> method</w:t>
      </w:r>
      <w:r w:rsidRPr="00847E81">
        <w:rPr>
          <w:rFonts w:ascii="Aptos" w:hAnsi="Aptos"/>
          <w:sz w:val="24"/>
          <w:szCs w:val="24"/>
        </w:rPr>
        <w:t xml:space="preserve"> </w:t>
      </w:r>
      <w:r w:rsidRPr="00847E81">
        <w:rPr>
          <w:rFonts w:ascii="Aptos" w:hAnsi="Aptos"/>
          <w:b/>
          <w:bCs/>
          <w:sz w:val="24"/>
          <w:szCs w:val="24"/>
        </w:rPr>
        <w:t>of communication</w:t>
      </w:r>
      <w:r w:rsidRPr="00847E81">
        <w:rPr>
          <w:rFonts w:ascii="Aptos" w:hAnsi="Aptos"/>
          <w:sz w:val="24"/>
          <w:szCs w:val="24"/>
        </w:rPr>
        <w:t xml:space="preserve"> and will be used for all school-wide communications (</w:t>
      </w:r>
      <w:r w:rsidR="00F879F9">
        <w:rPr>
          <w:rFonts w:ascii="Aptos" w:hAnsi="Aptos"/>
          <w:sz w:val="24"/>
          <w:szCs w:val="24"/>
        </w:rPr>
        <w:t>e.g.</w:t>
      </w:r>
      <w:r w:rsidR="00847E81" w:rsidRPr="00847E81">
        <w:rPr>
          <w:rFonts w:ascii="Aptos" w:hAnsi="Aptos"/>
          <w:sz w:val="24"/>
          <w:szCs w:val="24"/>
        </w:rPr>
        <w:t>,</w:t>
      </w:r>
      <w:r w:rsidRPr="00847E81">
        <w:rPr>
          <w:rFonts w:ascii="Aptos" w:hAnsi="Aptos"/>
          <w:sz w:val="24"/>
          <w:szCs w:val="24"/>
        </w:rPr>
        <w:t xml:space="preserve"> </w:t>
      </w:r>
      <w:r w:rsidR="00847E81" w:rsidRPr="00847E81">
        <w:rPr>
          <w:rFonts w:ascii="Aptos" w:hAnsi="Aptos"/>
          <w:sz w:val="24"/>
          <w:szCs w:val="24"/>
        </w:rPr>
        <w:t>m</w:t>
      </w:r>
      <w:r w:rsidRPr="00847E81">
        <w:rPr>
          <w:rFonts w:ascii="Aptos" w:hAnsi="Aptos"/>
          <w:sz w:val="24"/>
          <w:szCs w:val="24"/>
        </w:rPr>
        <w:t>onthly newsletter</w:t>
      </w:r>
      <w:r w:rsidR="00847E81" w:rsidRPr="00847E81">
        <w:rPr>
          <w:rFonts w:ascii="Aptos" w:hAnsi="Aptos"/>
          <w:sz w:val="24"/>
          <w:szCs w:val="24"/>
        </w:rPr>
        <w:t>s</w:t>
      </w:r>
      <w:r w:rsidRPr="00847E81">
        <w:rPr>
          <w:rFonts w:ascii="Aptos" w:hAnsi="Aptos"/>
          <w:sz w:val="24"/>
          <w:szCs w:val="24"/>
        </w:rPr>
        <w:t>, flyers</w:t>
      </w:r>
      <w:r w:rsidR="00847E81" w:rsidRPr="00847E81">
        <w:rPr>
          <w:rFonts w:ascii="Aptos" w:hAnsi="Aptos"/>
          <w:sz w:val="24"/>
          <w:szCs w:val="24"/>
        </w:rPr>
        <w:t>,</w:t>
      </w:r>
      <w:r w:rsidRPr="00847E81">
        <w:rPr>
          <w:rFonts w:ascii="Aptos" w:hAnsi="Aptos"/>
          <w:sz w:val="24"/>
          <w:szCs w:val="24"/>
        </w:rPr>
        <w:t xml:space="preserve"> and notices</w:t>
      </w:r>
      <w:r w:rsidR="00847E81" w:rsidRPr="00847E81">
        <w:rPr>
          <w:rFonts w:ascii="Aptos" w:hAnsi="Aptos"/>
          <w:sz w:val="24"/>
          <w:szCs w:val="24"/>
        </w:rPr>
        <w:t>)</w:t>
      </w:r>
      <w:r w:rsidRPr="00847E81">
        <w:rPr>
          <w:rFonts w:ascii="Aptos" w:hAnsi="Aptos"/>
          <w:sz w:val="24"/>
          <w:szCs w:val="24"/>
        </w:rPr>
        <w:t xml:space="preserve">.  </w:t>
      </w:r>
      <w:r w:rsidRPr="00F879F9">
        <w:rPr>
          <w:rFonts w:ascii="Aptos" w:hAnsi="Aptos"/>
          <w:sz w:val="24"/>
          <w:szCs w:val="24"/>
          <w:u w:val="single"/>
        </w:rPr>
        <w:t>Please check your app daily.</w:t>
      </w:r>
      <w:r w:rsidRPr="00847E81">
        <w:rPr>
          <w:rFonts w:ascii="Aptos" w:hAnsi="Aptos"/>
          <w:sz w:val="24"/>
          <w:szCs w:val="24"/>
        </w:rPr>
        <w:t xml:space="preserve">  </w:t>
      </w:r>
    </w:p>
    <w:p w:rsidR="00885EC1" w:rsidRDefault="00F879F9" w:rsidP="00847E81">
      <w:pPr>
        <w:pStyle w:val="ListParagraph"/>
        <w:numPr>
          <w:ilvl w:val="0"/>
          <w:numId w:val="16"/>
        </w:numPr>
        <w:spacing w:after="0"/>
        <w:rPr>
          <w:rFonts w:ascii="Aptos" w:hAnsi="Aptos"/>
          <w:sz w:val="24"/>
          <w:szCs w:val="24"/>
        </w:rPr>
      </w:pPr>
      <w:r>
        <w:rPr>
          <w:rFonts w:ascii="Aptos" w:hAnsi="Aptos"/>
          <w:sz w:val="24"/>
          <w:szCs w:val="24"/>
        </w:rPr>
        <w:t>U</w:t>
      </w:r>
      <w:r w:rsidR="00885EC1" w:rsidRPr="00847E81">
        <w:rPr>
          <w:rFonts w:ascii="Aptos" w:hAnsi="Aptos"/>
          <w:sz w:val="24"/>
          <w:szCs w:val="24"/>
        </w:rPr>
        <w:t>rgent messag</w:t>
      </w:r>
      <w:r>
        <w:rPr>
          <w:rFonts w:ascii="Aptos" w:hAnsi="Aptos"/>
          <w:sz w:val="24"/>
          <w:szCs w:val="24"/>
        </w:rPr>
        <w:t>es</w:t>
      </w:r>
      <w:r w:rsidR="00885EC1" w:rsidRPr="00847E81">
        <w:rPr>
          <w:rFonts w:ascii="Aptos" w:hAnsi="Aptos"/>
          <w:sz w:val="24"/>
          <w:szCs w:val="24"/>
        </w:rPr>
        <w:t>, such as school closures</w:t>
      </w:r>
      <w:r>
        <w:rPr>
          <w:rFonts w:ascii="Aptos" w:hAnsi="Aptos"/>
          <w:sz w:val="24"/>
          <w:szCs w:val="24"/>
        </w:rPr>
        <w:t xml:space="preserve"> or </w:t>
      </w:r>
      <w:r w:rsidR="00885EC1" w:rsidRPr="00847E81">
        <w:rPr>
          <w:rFonts w:ascii="Aptos" w:hAnsi="Aptos"/>
          <w:sz w:val="24"/>
          <w:szCs w:val="24"/>
        </w:rPr>
        <w:t xml:space="preserve">emergency notifications, </w:t>
      </w:r>
      <w:r>
        <w:rPr>
          <w:rFonts w:ascii="Aptos" w:hAnsi="Aptos"/>
          <w:sz w:val="24"/>
          <w:szCs w:val="24"/>
        </w:rPr>
        <w:t xml:space="preserve">will be sent </w:t>
      </w:r>
      <w:r w:rsidR="00885EC1" w:rsidRPr="00847E81">
        <w:rPr>
          <w:rFonts w:ascii="Aptos" w:hAnsi="Aptos"/>
          <w:sz w:val="24"/>
          <w:szCs w:val="24"/>
        </w:rPr>
        <w:t>via email and text push notifications.</w:t>
      </w:r>
    </w:p>
    <w:p w:rsidR="00847E81" w:rsidRDefault="00847E81" w:rsidP="00847E81">
      <w:pPr>
        <w:pStyle w:val="ListParagraph"/>
        <w:numPr>
          <w:ilvl w:val="0"/>
          <w:numId w:val="16"/>
        </w:numPr>
        <w:spacing w:after="0"/>
        <w:rPr>
          <w:rFonts w:ascii="Aptos" w:hAnsi="Aptos"/>
          <w:sz w:val="24"/>
          <w:szCs w:val="24"/>
        </w:rPr>
      </w:pPr>
      <w:r w:rsidRPr="00847E81">
        <w:rPr>
          <w:rFonts w:ascii="Aptos" w:hAnsi="Aptos"/>
          <w:b/>
          <w:bCs/>
          <w:sz w:val="24"/>
          <w:szCs w:val="24"/>
        </w:rPr>
        <w:t xml:space="preserve">Teachers may </w:t>
      </w:r>
      <w:r w:rsidR="00F879F9">
        <w:rPr>
          <w:rFonts w:ascii="Aptos" w:hAnsi="Aptos"/>
          <w:b/>
          <w:bCs/>
          <w:sz w:val="24"/>
          <w:szCs w:val="24"/>
        </w:rPr>
        <w:t>share</w:t>
      </w:r>
      <w:r w:rsidRPr="00847E81">
        <w:rPr>
          <w:rFonts w:ascii="Aptos" w:hAnsi="Aptos"/>
          <w:b/>
          <w:bCs/>
          <w:sz w:val="24"/>
          <w:szCs w:val="24"/>
        </w:rPr>
        <w:t xml:space="preserve"> daily updates</w:t>
      </w:r>
      <w:r>
        <w:rPr>
          <w:rFonts w:ascii="Aptos" w:hAnsi="Aptos"/>
          <w:sz w:val="24"/>
          <w:szCs w:val="24"/>
        </w:rPr>
        <w:t xml:space="preserve"> via Procare or the bulletin board outside of their classroom.  They will inform you of their procedure during orientation.</w:t>
      </w:r>
    </w:p>
    <w:p w:rsidR="00803247" w:rsidRDefault="00847E81" w:rsidP="00847E81">
      <w:pPr>
        <w:pStyle w:val="ListParagraph"/>
        <w:numPr>
          <w:ilvl w:val="0"/>
          <w:numId w:val="16"/>
        </w:numPr>
        <w:spacing w:after="0"/>
        <w:rPr>
          <w:rFonts w:ascii="Aptos" w:hAnsi="Aptos"/>
          <w:sz w:val="24"/>
          <w:szCs w:val="24"/>
        </w:rPr>
      </w:pPr>
      <w:r>
        <w:rPr>
          <w:rFonts w:ascii="Aptos" w:hAnsi="Aptos"/>
          <w:b/>
          <w:bCs/>
          <w:sz w:val="24"/>
          <w:szCs w:val="24"/>
        </w:rPr>
        <w:t>Conferences</w:t>
      </w:r>
      <w:r>
        <w:rPr>
          <w:rFonts w:ascii="Aptos" w:hAnsi="Aptos"/>
          <w:sz w:val="24"/>
          <w:szCs w:val="24"/>
        </w:rPr>
        <w:t xml:space="preserve">:  </w:t>
      </w:r>
      <w:r w:rsidRPr="00847E81">
        <w:rPr>
          <w:rFonts w:ascii="Aptos" w:hAnsi="Aptos"/>
          <w:i/>
          <w:iCs/>
          <w:sz w:val="24"/>
          <w:szCs w:val="24"/>
        </w:rPr>
        <w:t>Fall evaluations</w:t>
      </w:r>
      <w:r>
        <w:rPr>
          <w:rFonts w:ascii="Aptos" w:hAnsi="Aptos"/>
          <w:sz w:val="24"/>
          <w:szCs w:val="24"/>
        </w:rPr>
        <w:t xml:space="preserve"> will be sent home </w:t>
      </w:r>
      <w:r w:rsidR="008C0689">
        <w:rPr>
          <w:rFonts w:ascii="Aptos" w:hAnsi="Aptos"/>
          <w:sz w:val="24"/>
          <w:szCs w:val="24"/>
        </w:rPr>
        <w:t>in November</w:t>
      </w:r>
      <w:r>
        <w:rPr>
          <w:rFonts w:ascii="Aptos" w:hAnsi="Aptos"/>
          <w:sz w:val="24"/>
          <w:szCs w:val="24"/>
        </w:rPr>
        <w:t xml:space="preserve">, with individual conferences scheduled as needed.  </w:t>
      </w:r>
      <w:r w:rsidRPr="008C0689">
        <w:rPr>
          <w:rFonts w:ascii="Aptos" w:hAnsi="Aptos"/>
          <w:i/>
          <w:iCs/>
          <w:sz w:val="24"/>
          <w:szCs w:val="24"/>
        </w:rPr>
        <w:t>Spring evaluations</w:t>
      </w:r>
      <w:r w:rsidR="008C0689">
        <w:rPr>
          <w:rFonts w:ascii="Aptos" w:hAnsi="Aptos"/>
          <w:sz w:val="24"/>
          <w:szCs w:val="24"/>
        </w:rPr>
        <w:t xml:space="preserve"> are conducted in person in May.  The</w:t>
      </w:r>
      <w:r w:rsidR="00F879F9">
        <w:rPr>
          <w:rFonts w:ascii="Aptos" w:hAnsi="Aptos"/>
          <w:sz w:val="24"/>
          <w:szCs w:val="24"/>
        </w:rPr>
        <w:t>se</w:t>
      </w:r>
      <w:r w:rsidR="008C0689">
        <w:rPr>
          <w:rFonts w:ascii="Aptos" w:hAnsi="Aptos"/>
          <w:sz w:val="24"/>
          <w:szCs w:val="24"/>
        </w:rPr>
        <w:t xml:space="preserve"> </w:t>
      </w:r>
    </w:p>
    <w:p w:rsidR="00847E81" w:rsidRDefault="008C0689" w:rsidP="00803247">
      <w:pPr>
        <w:pStyle w:val="ListParagraph"/>
        <w:spacing w:after="0"/>
        <w:rPr>
          <w:rFonts w:ascii="Aptos" w:hAnsi="Aptos"/>
          <w:sz w:val="24"/>
          <w:szCs w:val="24"/>
        </w:rPr>
      </w:pPr>
      <w:r>
        <w:rPr>
          <w:rFonts w:ascii="Aptos" w:hAnsi="Aptos"/>
          <w:sz w:val="24"/>
          <w:szCs w:val="24"/>
        </w:rPr>
        <w:t xml:space="preserve">evaluations </w:t>
      </w:r>
      <w:r w:rsidR="00F879F9">
        <w:rPr>
          <w:rFonts w:ascii="Aptos" w:hAnsi="Aptos"/>
          <w:sz w:val="24"/>
          <w:szCs w:val="24"/>
        </w:rPr>
        <w:t xml:space="preserve">help </w:t>
      </w:r>
      <w:r>
        <w:rPr>
          <w:rFonts w:ascii="Aptos" w:hAnsi="Aptos"/>
          <w:sz w:val="24"/>
          <w:szCs w:val="24"/>
        </w:rPr>
        <w:t xml:space="preserve">assess your child’s adjustment and progress within our program.  </w:t>
      </w:r>
      <w:r w:rsidR="00F879F9">
        <w:rPr>
          <w:rFonts w:ascii="Aptos" w:hAnsi="Aptos"/>
          <w:sz w:val="24"/>
          <w:szCs w:val="24"/>
        </w:rPr>
        <w:t>You</w:t>
      </w:r>
      <w:r>
        <w:rPr>
          <w:rFonts w:ascii="Aptos" w:hAnsi="Aptos"/>
          <w:sz w:val="24"/>
          <w:szCs w:val="24"/>
        </w:rPr>
        <w:t xml:space="preserve"> may request a meeting with your child’s teacher or the Director </w:t>
      </w:r>
      <w:r w:rsidR="00F879F9">
        <w:rPr>
          <w:rFonts w:ascii="Aptos" w:hAnsi="Aptos"/>
          <w:sz w:val="24"/>
          <w:szCs w:val="24"/>
        </w:rPr>
        <w:t xml:space="preserve">at any time during the year.  </w:t>
      </w:r>
      <w:r>
        <w:rPr>
          <w:rFonts w:ascii="Aptos" w:hAnsi="Aptos"/>
          <w:sz w:val="24"/>
          <w:szCs w:val="24"/>
        </w:rPr>
        <w:t xml:space="preserve">Please keep us informed of any significant changes that may affect your child’s learning </w:t>
      </w:r>
      <w:r w:rsidR="00F879F9">
        <w:rPr>
          <w:rFonts w:ascii="Aptos" w:hAnsi="Aptos"/>
          <w:sz w:val="24"/>
          <w:szCs w:val="24"/>
        </w:rPr>
        <w:t>or</w:t>
      </w:r>
      <w:r>
        <w:rPr>
          <w:rFonts w:ascii="Aptos" w:hAnsi="Aptos"/>
          <w:sz w:val="24"/>
          <w:szCs w:val="24"/>
        </w:rPr>
        <w:t xml:space="preserve"> behavior</w:t>
      </w:r>
      <w:r w:rsidR="00F879F9">
        <w:rPr>
          <w:rFonts w:ascii="Aptos" w:hAnsi="Aptos"/>
          <w:sz w:val="24"/>
          <w:szCs w:val="24"/>
        </w:rPr>
        <w:t xml:space="preserve"> (e.g.</w:t>
      </w:r>
      <w:proofErr w:type="gramStart"/>
      <w:r w:rsidR="00F879F9">
        <w:rPr>
          <w:rFonts w:ascii="Aptos" w:hAnsi="Aptos"/>
          <w:sz w:val="24"/>
          <w:szCs w:val="24"/>
        </w:rPr>
        <w:t xml:space="preserve">, </w:t>
      </w:r>
      <w:r>
        <w:rPr>
          <w:rFonts w:ascii="Aptos" w:hAnsi="Aptos"/>
          <w:sz w:val="24"/>
          <w:szCs w:val="24"/>
        </w:rPr>
        <w:t xml:space="preserve"> a</w:t>
      </w:r>
      <w:proofErr w:type="gramEnd"/>
      <w:r>
        <w:rPr>
          <w:rFonts w:ascii="Aptos" w:hAnsi="Aptos"/>
          <w:sz w:val="24"/>
          <w:szCs w:val="24"/>
        </w:rPr>
        <w:t xml:space="preserve"> parent’s extended absence</w:t>
      </w:r>
      <w:r w:rsidR="00F077ED">
        <w:rPr>
          <w:rFonts w:ascii="Aptos" w:hAnsi="Aptos"/>
          <w:sz w:val="24"/>
          <w:szCs w:val="24"/>
        </w:rPr>
        <w:t xml:space="preserve">, </w:t>
      </w:r>
      <w:r>
        <w:rPr>
          <w:rFonts w:ascii="Aptos" w:hAnsi="Aptos"/>
          <w:sz w:val="24"/>
          <w:szCs w:val="24"/>
        </w:rPr>
        <w:t xml:space="preserve">the death of a family member or pet, </w:t>
      </w:r>
      <w:r w:rsidR="00F077ED">
        <w:rPr>
          <w:rFonts w:ascii="Aptos" w:hAnsi="Aptos"/>
          <w:sz w:val="24"/>
          <w:szCs w:val="24"/>
        </w:rPr>
        <w:t>the arrival of a new sibling,</w:t>
      </w:r>
      <w:r>
        <w:rPr>
          <w:rFonts w:ascii="Aptos" w:hAnsi="Aptos"/>
          <w:sz w:val="24"/>
          <w:szCs w:val="24"/>
        </w:rPr>
        <w:t xml:space="preserve"> etc.</w:t>
      </w:r>
      <w:r w:rsidR="00F077ED">
        <w:rPr>
          <w:rFonts w:ascii="Aptos" w:hAnsi="Aptos"/>
          <w:sz w:val="24"/>
          <w:szCs w:val="24"/>
        </w:rPr>
        <w:t>)</w:t>
      </w:r>
    </w:p>
    <w:p w:rsidR="008C0689" w:rsidRDefault="008C0689" w:rsidP="008C0689">
      <w:pPr>
        <w:spacing w:after="0"/>
        <w:rPr>
          <w:rFonts w:ascii="Aptos" w:hAnsi="Aptos"/>
          <w:sz w:val="24"/>
          <w:szCs w:val="24"/>
        </w:rPr>
      </w:pPr>
    </w:p>
    <w:p w:rsidR="00F077ED" w:rsidRPr="00F077ED" w:rsidRDefault="00F077ED" w:rsidP="00F077ED">
      <w:pPr>
        <w:spacing w:after="0"/>
        <w:jc w:val="center"/>
        <w:rPr>
          <w:rFonts w:ascii="Aptos" w:hAnsi="Aptos"/>
          <w:b/>
          <w:bCs/>
          <w:sz w:val="24"/>
          <w:szCs w:val="24"/>
        </w:rPr>
      </w:pPr>
      <w:r>
        <w:rPr>
          <w:rFonts w:ascii="Aptos" w:hAnsi="Aptos"/>
          <w:b/>
          <w:bCs/>
          <w:sz w:val="24"/>
          <w:szCs w:val="24"/>
        </w:rPr>
        <w:t>6</w:t>
      </w:r>
    </w:p>
    <w:p w:rsidR="008C0689" w:rsidRDefault="008C0689" w:rsidP="008C0689">
      <w:pPr>
        <w:spacing w:after="0"/>
        <w:rPr>
          <w:rFonts w:ascii="Aptos" w:hAnsi="Aptos"/>
          <w:b/>
          <w:bCs/>
          <w:color w:val="0070C0"/>
          <w:sz w:val="28"/>
          <w:szCs w:val="28"/>
        </w:rPr>
      </w:pPr>
      <w:r w:rsidRPr="008C0689">
        <w:rPr>
          <w:rFonts w:ascii="Aptos" w:hAnsi="Aptos"/>
          <w:b/>
          <w:bCs/>
          <w:color w:val="0070C0"/>
          <w:sz w:val="28"/>
          <w:szCs w:val="28"/>
        </w:rPr>
        <w:t>Volunteer Opportunities</w:t>
      </w:r>
    </w:p>
    <w:p w:rsidR="008C0689" w:rsidRDefault="008C0689" w:rsidP="008C0689">
      <w:pPr>
        <w:spacing w:after="0"/>
        <w:rPr>
          <w:rFonts w:ascii="Aptos" w:hAnsi="Aptos"/>
          <w:b/>
          <w:bCs/>
          <w:color w:val="0070C0"/>
          <w:sz w:val="28"/>
          <w:szCs w:val="28"/>
        </w:rPr>
      </w:pPr>
    </w:p>
    <w:p w:rsidR="008C0689" w:rsidRDefault="00C56907" w:rsidP="00C56907">
      <w:pPr>
        <w:pStyle w:val="ListParagraph"/>
        <w:numPr>
          <w:ilvl w:val="0"/>
          <w:numId w:val="17"/>
        </w:numPr>
        <w:spacing w:after="0"/>
        <w:rPr>
          <w:rFonts w:ascii="Aptos" w:hAnsi="Aptos"/>
          <w:sz w:val="24"/>
          <w:szCs w:val="24"/>
        </w:rPr>
      </w:pPr>
      <w:r>
        <w:rPr>
          <w:rFonts w:ascii="Aptos" w:hAnsi="Aptos"/>
          <w:b/>
          <w:bCs/>
          <w:sz w:val="24"/>
          <w:szCs w:val="24"/>
        </w:rPr>
        <w:t>PTA</w:t>
      </w:r>
      <w:r>
        <w:rPr>
          <w:rFonts w:ascii="Aptos" w:hAnsi="Aptos"/>
          <w:sz w:val="24"/>
          <w:szCs w:val="24"/>
        </w:rPr>
        <w:t>:  Each classroom has a volunteer PTA representative.  The PTA meet</w:t>
      </w:r>
      <w:r w:rsidR="00F077ED">
        <w:rPr>
          <w:rFonts w:ascii="Aptos" w:hAnsi="Aptos"/>
          <w:sz w:val="24"/>
          <w:szCs w:val="24"/>
        </w:rPr>
        <w:t>s</w:t>
      </w:r>
      <w:r>
        <w:rPr>
          <w:rFonts w:ascii="Aptos" w:hAnsi="Aptos"/>
          <w:sz w:val="24"/>
          <w:szCs w:val="24"/>
        </w:rPr>
        <w:t xml:space="preserve"> monthly, or more </w:t>
      </w:r>
      <w:r w:rsidR="00F077ED">
        <w:rPr>
          <w:rFonts w:ascii="Aptos" w:hAnsi="Aptos"/>
          <w:sz w:val="24"/>
          <w:szCs w:val="24"/>
        </w:rPr>
        <w:t>often</w:t>
      </w:r>
      <w:r>
        <w:rPr>
          <w:rFonts w:ascii="Aptos" w:hAnsi="Aptos"/>
          <w:sz w:val="24"/>
          <w:szCs w:val="24"/>
        </w:rPr>
        <w:t xml:space="preserve"> as needed, to plan and implement school initiatives and family events, fundraisers, spirit week, teacher appreciation, </w:t>
      </w:r>
      <w:r w:rsidR="00F077ED">
        <w:rPr>
          <w:rFonts w:ascii="Aptos" w:hAnsi="Aptos"/>
          <w:sz w:val="24"/>
          <w:szCs w:val="24"/>
        </w:rPr>
        <w:t>and more</w:t>
      </w:r>
      <w:r>
        <w:rPr>
          <w:rFonts w:ascii="Aptos" w:hAnsi="Aptos"/>
          <w:sz w:val="24"/>
          <w:szCs w:val="24"/>
        </w:rPr>
        <w:t>.  The classroom representative is responsible for communicating with the other classroom parents.</w:t>
      </w:r>
    </w:p>
    <w:p w:rsidR="00C56907" w:rsidRDefault="00C56907" w:rsidP="00C56907">
      <w:pPr>
        <w:pStyle w:val="ListParagraph"/>
        <w:numPr>
          <w:ilvl w:val="0"/>
          <w:numId w:val="17"/>
        </w:numPr>
        <w:spacing w:after="0"/>
        <w:rPr>
          <w:rFonts w:ascii="Aptos" w:hAnsi="Aptos"/>
          <w:sz w:val="24"/>
          <w:szCs w:val="24"/>
        </w:rPr>
      </w:pPr>
      <w:r>
        <w:rPr>
          <w:rFonts w:ascii="Aptos" w:hAnsi="Aptos"/>
          <w:b/>
          <w:bCs/>
          <w:sz w:val="24"/>
          <w:szCs w:val="24"/>
        </w:rPr>
        <w:t xml:space="preserve">Assist with special events </w:t>
      </w:r>
      <w:r>
        <w:rPr>
          <w:rFonts w:ascii="Aptos" w:hAnsi="Aptos"/>
          <w:sz w:val="24"/>
          <w:szCs w:val="24"/>
        </w:rPr>
        <w:t>throughout the year.</w:t>
      </w:r>
    </w:p>
    <w:p w:rsidR="00C56907" w:rsidRPr="00C56907" w:rsidRDefault="00F077ED" w:rsidP="00C56907">
      <w:pPr>
        <w:pStyle w:val="ListParagraph"/>
        <w:numPr>
          <w:ilvl w:val="0"/>
          <w:numId w:val="17"/>
        </w:numPr>
        <w:spacing w:after="0"/>
        <w:rPr>
          <w:rFonts w:ascii="Aptos" w:hAnsi="Aptos"/>
          <w:sz w:val="24"/>
          <w:szCs w:val="24"/>
        </w:rPr>
      </w:pPr>
      <w:r>
        <w:rPr>
          <w:rFonts w:ascii="Aptos" w:hAnsi="Aptos"/>
          <w:b/>
          <w:bCs/>
          <w:sz w:val="24"/>
          <w:szCs w:val="24"/>
        </w:rPr>
        <w:t xml:space="preserve">Support classroom activities </w:t>
      </w:r>
      <w:r w:rsidR="00C56907">
        <w:rPr>
          <w:rFonts w:ascii="Aptos" w:hAnsi="Aptos"/>
          <w:sz w:val="24"/>
          <w:szCs w:val="24"/>
        </w:rPr>
        <w:t>as needed by the teacher (</w:t>
      </w:r>
      <w:r>
        <w:rPr>
          <w:rFonts w:ascii="Aptos" w:hAnsi="Aptos"/>
          <w:sz w:val="24"/>
          <w:szCs w:val="24"/>
        </w:rPr>
        <w:t>e.g.</w:t>
      </w:r>
      <w:r w:rsidR="00C56907">
        <w:rPr>
          <w:rFonts w:ascii="Aptos" w:hAnsi="Aptos"/>
          <w:sz w:val="24"/>
          <w:szCs w:val="24"/>
        </w:rPr>
        <w:t>, Secret reader, class parties, etc.)</w:t>
      </w:r>
    </w:p>
    <w:p w:rsidR="008C0689" w:rsidRDefault="008C0689" w:rsidP="00C56907">
      <w:pPr>
        <w:spacing w:after="0"/>
        <w:rPr>
          <w:rFonts w:ascii="Aptos" w:hAnsi="Aptos"/>
          <w:b/>
          <w:bCs/>
          <w:sz w:val="24"/>
          <w:szCs w:val="24"/>
        </w:rPr>
      </w:pPr>
      <w:r>
        <w:rPr>
          <w:rFonts w:ascii="Aptos" w:hAnsi="Aptos"/>
          <w:b/>
          <w:bCs/>
          <w:sz w:val="24"/>
          <w:szCs w:val="24"/>
        </w:rPr>
        <w:tab/>
      </w:r>
      <w:r>
        <w:rPr>
          <w:rFonts w:ascii="Aptos" w:hAnsi="Aptos"/>
          <w:b/>
          <w:bCs/>
          <w:sz w:val="24"/>
          <w:szCs w:val="24"/>
        </w:rPr>
        <w:tab/>
      </w:r>
    </w:p>
    <w:p w:rsidR="001E79EF" w:rsidRDefault="001E79EF" w:rsidP="00C56907">
      <w:pPr>
        <w:spacing w:after="0"/>
        <w:rPr>
          <w:rFonts w:ascii="Aptos" w:hAnsi="Aptos"/>
          <w:b/>
          <w:bCs/>
          <w:color w:val="0070C0"/>
          <w:sz w:val="28"/>
          <w:szCs w:val="28"/>
        </w:rPr>
      </w:pPr>
      <w:r>
        <w:rPr>
          <w:rFonts w:ascii="Aptos" w:hAnsi="Aptos"/>
          <w:b/>
          <w:bCs/>
          <w:color w:val="0070C0"/>
          <w:sz w:val="28"/>
          <w:szCs w:val="28"/>
        </w:rPr>
        <w:t>Behavior Policy</w:t>
      </w:r>
    </w:p>
    <w:p w:rsidR="001E79EF" w:rsidRDefault="001E79EF" w:rsidP="00C56907">
      <w:pPr>
        <w:spacing w:after="0"/>
        <w:rPr>
          <w:rFonts w:ascii="Aptos" w:hAnsi="Aptos"/>
          <w:sz w:val="24"/>
          <w:szCs w:val="24"/>
        </w:rPr>
      </w:pPr>
    </w:p>
    <w:p w:rsidR="001E79EF" w:rsidRDefault="001E79EF" w:rsidP="00C56907">
      <w:pPr>
        <w:spacing w:after="0"/>
        <w:rPr>
          <w:rFonts w:ascii="Aptos" w:hAnsi="Aptos"/>
          <w:sz w:val="24"/>
          <w:szCs w:val="24"/>
        </w:rPr>
      </w:pPr>
      <w:r>
        <w:rPr>
          <w:rFonts w:ascii="Aptos" w:hAnsi="Aptos"/>
          <w:b/>
          <w:bCs/>
          <w:sz w:val="24"/>
          <w:szCs w:val="24"/>
        </w:rPr>
        <w:t xml:space="preserve">Our discipline approach </w:t>
      </w:r>
      <w:r w:rsidRPr="001E79EF">
        <w:rPr>
          <w:rFonts w:ascii="Aptos" w:hAnsi="Aptos"/>
          <w:sz w:val="24"/>
          <w:szCs w:val="24"/>
        </w:rPr>
        <w:t>is rooted in positive guidance and emotional support.</w:t>
      </w:r>
      <w:r>
        <w:rPr>
          <w:rFonts w:ascii="Aptos" w:hAnsi="Aptos"/>
          <w:sz w:val="24"/>
          <w:szCs w:val="24"/>
        </w:rPr>
        <w:t xml:space="preserve">  Our Staff fosters respectful behavior through:</w:t>
      </w:r>
    </w:p>
    <w:p w:rsidR="001E79EF" w:rsidRDefault="001E79EF" w:rsidP="001E79EF">
      <w:pPr>
        <w:pStyle w:val="ListParagraph"/>
        <w:numPr>
          <w:ilvl w:val="0"/>
          <w:numId w:val="19"/>
        </w:numPr>
        <w:spacing w:after="0"/>
        <w:rPr>
          <w:rFonts w:ascii="Aptos" w:hAnsi="Aptos"/>
          <w:b/>
          <w:bCs/>
          <w:sz w:val="24"/>
          <w:szCs w:val="24"/>
        </w:rPr>
      </w:pPr>
      <w:r>
        <w:rPr>
          <w:rFonts w:ascii="Aptos" w:hAnsi="Aptos"/>
          <w:b/>
          <w:bCs/>
          <w:sz w:val="24"/>
          <w:szCs w:val="24"/>
        </w:rPr>
        <w:t>Modeling empathy and respect.</w:t>
      </w:r>
    </w:p>
    <w:p w:rsidR="001E79EF" w:rsidRDefault="001E79EF" w:rsidP="001E79EF">
      <w:pPr>
        <w:pStyle w:val="ListParagraph"/>
        <w:numPr>
          <w:ilvl w:val="0"/>
          <w:numId w:val="19"/>
        </w:numPr>
        <w:spacing w:after="0"/>
        <w:rPr>
          <w:rFonts w:ascii="Aptos" w:hAnsi="Aptos"/>
          <w:b/>
          <w:bCs/>
          <w:sz w:val="24"/>
          <w:szCs w:val="24"/>
        </w:rPr>
      </w:pPr>
      <w:r>
        <w:rPr>
          <w:rFonts w:ascii="Aptos" w:hAnsi="Aptos"/>
          <w:b/>
          <w:bCs/>
          <w:sz w:val="24"/>
          <w:szCs w:val="24"/>
        </w:rPr>
        <w:t>Using redirection and choices.</w:t>
      </w:r>
    </w:p>
    <w:p w:rsidR="001E79EF" w:rsidRDefault="001E79EF" w:rsidP="001E79EF">
      <w:pPr>
        <w:pStyle w:val="ListParagraph"/>
        <w:numPr>
          <w:ilvl w:val="0"/>
          <w:numId w:val="19"/>
        </w:numPr>
        <w:spacing w:after="0"/>
        <w:rPr>
          <w:rFonts w:ascii="Aptos" w:hAnsi="Aptos"/>
          <w:b/>
          <w:bCs/>
          <w:sz w:val="24"/>
          <w:szCs w:val="24"/>
        </w:rPr>
      </w:pPr>
      <w:r>
        <w:rPr>
          <w:rFonts w:ascii="Aptos" w:hAnsi="Aptos"/>
          <w:b/>
          <w:bCs/>
          <w:sz w:val="24"/>
          <w:szCs w:val="24"/>
        </w:rPr>
        <w:t>Offering calming spaces and emotional check-ins.</w:t>
      </w:r>
    </w:p>
    <w:p w:rsidR="001E79EF" w:rsidRDefault="001E79EF" w:rsidP="001E79EF">
      <w:pPr>
        <w:spacing w:after="0"/>
        <w:rPr>
          <w:rFonts w:ascii="Aptos" w:hAnsi="Aptos"/>
          <w:b/>
          <w:bCs/>
          <w:sz w:val="24"/>
          <w:szCs w:val="24"/>
        </w:rPr>
      </w:pPr>
    </w:p>
    <w:p w:rsidR="00AF12DF" w:rsidRDefault="001E79EF" w:rsidP="001E79EF">
      <w:pPr>
        <w:spacing w:after="0"/>
        <w:rPr>
          <w:rFonts w:ascii="Aptos" w:hAnsi="Aptos"/>
          <w:sz w:val="24"/>
          <w:szCs w:val="24"/>
        </w:rPr>
      </w:pPr>
      <w:r>
        <w:rPr>
          <w:rFonts w:ascii="Aptos" w:hAnsi="Aptos"/>
          <w:b/>
          <w:bCs/>
          <w:sz w:val="24"/>
          <w:szCs w:val="24"/>
        </w:rPr>
        <w:t xml:space="preserve">Unacceptable behaviors </w:t>
      </w:r>
      <w:r>
        <w:rPr>
          <w:rFonts w:ascii="Aptos" w:hAnsi="Aptos"/>
          <w:sz w:val="24"/>
          <w:szCs w:val="24"/>
        </w:rPr>
        <w:t xml:space="preserve">(e.g., biting, hitting, unsafe language) are addressed promptly.  Parents will be notified of repeated concerns.  Persistent aggression may lead to removal from the class or program.  </w:t>
      </w:r>
    </w:p>
    <w:p w:rsidR="00AF12DF" w:rsidRDefault="00AF12DF" w:rsidP="001E79EF">
      <w:pPr>
        <w:spacing w:after="0"/>
        <w:rPr>
          <w:rFonts w:ascii="Aptos" w:hAnsi="Aptos"/>
          <w:sz w:val="24"/>
          <w:szCs w:val="24"/>
        </w:rPr>
      </w:pPr>
    </w:p>
    <w:p w:rsidR="00AF12DF" w:rsidRDefault="00F077ED" w:rsidP="001E79EF">
      <w:pPr>
        <w:spacing w:after="0"/>
        <w:rPr>
          <w:rFonts w:ascii="Aptos" w:hAnsi="Aptos"/>
          <w:sz w:val="24"/>
          <w:szCs w:val="24"/>
        </w:rPr>
      </w:pPr>
      <w:r>
        <w:rPr>
          <w:rFonts w:ascii="Aptos" w:hAnsi="Aptos"/>
          <w:sz w:val="24"/>
          <w:szCs w:val="24"/>
        </w:rPr>
        <w:t xml:space="preserve">If </w:t>
      </w:r>
      <w:r w:rsidR="001E79EF">
        <w:rPr>
          <w:rFonts w:ascii="Aptos" w:hAnsi="Aptos"/>
          <w:sz w:val="24"/>
          <w:szCs w:val="24"/>
        </w:rPr>
        <w:t xml:space="preserve">our </w:t>
      </w:r>
      <w:r>
        <w:rPr>
          <w:rFonts w:ascii="Aptos" w:hAnsi="Aptos"/>
          <w:sz w:val="24"/>
          <w:szCs w:val="24"/>
        </w:rPr>
        <w:t xml:space="preserve">efforts to redirect </w:t>
      </w:r>
      <w:r w:rsidR="001E79EF">
        <w:rPr>
          <w:rFonts w:ascii="Aptos" w:hAnsi="Aptos"/>
          <w:sz w:val="24"/>
          <w:szCs w:val="24"/>
        </w:rPr>
        <w:t>behavior (</w:t>
      </w:r>
      <w:r>
        <w:rPr>
          <w:rFonts w:ascii="Aptos" w:hAnsi="Aptos"/>
          <w:sz w:val="24"/>
          <w:szCs w:val="24"/>
        </w:rPr>
        <w:t xml:space="preserve">e.g., </w:t>
      </w:r>
      <w:r w:rsidR="001E79EF">
        <w:rPr>
          <w:rFonts w:ascii="Aptos" w:hAnsi="Aptos"/>
          <w:sz w:val="24"/>
          <w:szCs w:val="24"/>
        </w:rPr>
        <w:t>distraction, active listening, separation) are unsuccessful</w:t>
      </w:r>
      <w:r>
        <w:rPr>
          <w:rFonts w:ascii="Aptos" w:hAnsi="Aptos"/>
          <w:sz w:val="24"/>
          <w:szCs w:val="24"/>
        </w:rPr>
        <w:t xml:space="preserve">, </w:t>
      </w:r>
      <w:r w:rsidR="001E79EF">
        <w:rPr>
          <w:rFonts w:ascii="Aptos" w:hAnsi="Aptos"/>
          <w:sz w:val="24"/>
          <w:szCs w:val="24"/>
        </w:rPr>
        <w:t>the parent will be called for immediate pickup</w:t>
      </w:r>
      <w:r w:rsidR="00AF12DF">
        <w:rPr>
          <w:rFonts w:ascii="Aptos" w:hAnsi="Aptos"/>
          <w:sz w:val="24"/>
          <w:szCs w:val="24"/>
        </w:rPr>
        <w:t>, and the child will be placed on a 1-2-3 probation</w:t>
      </w:r>
      <w:r>
        <w:rPr>
          <w:rFonts w:ascii="Aptos" w:hAnsi="Aptos"/>
          <w:sz w:val="24"/>
          <w:szCs w:val="24"/>
        </w:rPr>
        <w:t>.</w:t>
      </w:r>
    </w:p>
    <w:p w:rsidR="00F077ED" w:rsidRDefault="00AF12DF" w:rsidP="00AF12DF">
      <w:pPr>
        <w:pStyle w:val="ListParagraph"/>
        <w:numPr>
          <w:ilvl w:val="0"/>
          <w:numId w:val="21"/>
        </w:numPr>
        <w:spacing w:after="0"/>
        <w:rPr>
          <w:rFonts w:ascii="Aptos" w:hAnsi="Aptos"/>
          <w:sz w:val="24"/>
          <w:szCs w:val="24"/>
        </w:rPr>
      </w:pPr>
      <w:r w:rsidRPr="00F077ED">
        <w:rPr>
          <w:rFonts w:ascii="Aptos" w:hAnsi="Aptos"/>
          <w:b/>
          <w:bCs/>
          <w:sz w:val="24"/>
          <w:szCs w:val="24"/>
        </w:rPr>
        <w:t>Verbal Communication</w:t>
      </w:r>
      <w:r w:rsidRPr="00F077ED">
        <w:rPr>
          <w:rFonts w:ascii="Aptos" w:hAnsi="Aptos"/>
          <w:sz w:val="24"/>
          <w:szCs w:val="24"/>
        </w:rPr>
        <w:t xml:space="preserve"> </w:t>
      </w:r>
      <w:r w:rsidR="00F077ED" w:rsidRPr="00F077ED">
        <w:rPr>
          <w:rFonts w:ascii="Aptos" w:hAnsi="Aptos"/>
          <w:sz w:val="24"/>
          <w:szCs w:val="24"/>
        </w:rPr>
        <w:t xml:space="preserve">outlining </w:t>
      </w:r>
      <w:r w:rsidRPr="00F077ED">
        <w:rPr>
          <w:rFonts w:ascii="Aptos" w:hAnsi="Aptos"/>
          <w:sz w:val="24"/>
          <w:szCs w:val="24"/>
        </w:rPr>
        <w:t xml:space="preserve">the </w:t>
      </w:r>
      <w:r w:rsidR="00F077ED" w:rsidRPr="00F077ED">
        <w:rPr>
          <w:rFonts w:ascii="Aptos" w:hAnsi="Aptos"/>
          <w:sz w:val="24"/>
          <w:szCs w:val="24"/>
        </w:rPr>
        <w:t>concern</w:t>
      </w:r>
      <w:r w:rsidR="00F077ED">
        <w:rPr>
          <w:rFonts w:ascii="Aptos" w:hAnsi="Aptos"/>
          <w:sz w:val="24"/>
          <w:szCs w:val="24"/>
        </w:rPr>
        <w:t>,</w:t>
      </w:r>
      <w:r w:rsidRPr="00F077ED">
        <w:rPr>
          <w:rFonts w:ascii="Aptos" w:hAnsi="Aptos"/>
          <w:sz w:val="24"/>
          <w:szCs w:val="24"/>
        </w:rPr>
        <w:t xml:space="preserve"> so appropriate behavior </w:t>
      </w:r>
      <w:r w:rsidR="00F077ED" w:rsidRPr="00F077ED">
        <w:rPr>
          <w:rFonts w:ascii="Aptos" w:hAnsi="Aptos"/>
          <w:sz w:val="24"/>
          <w:szCs w:val="24"/>
        </w:rPr>
        <w:t>can</w:t>
      </w:r>
      <w:r w:rsidRPr="00F077ED">
        <w:rPr>
          <w:rFonts w:ascii="Aptos" w:hAnsi="Aptos"/>
          <w:sz w:val="24"/>
          <w:szCs w:val="24"/>
        </w:rPr>
        <w:t xml:space="preserve"> be reinforced at home.  </w:t>
      </w:r>
    </w:p>
    <w:p w:rsidR="00AF12DF" w:rsidRPr="00F077ED" w:rsidRDefault="00AF12DF" w:rsidP="00AF12DF">
      <w:pPr>
        <w:pStyle w:val="ListParagraph"/>
        <w:numPr>
          <w:ilvl w:val="0"/>
          <w:numId w:val="21"/>
        </w:numPr>
        <w:spacing w:after="0"/>
        <w:rPr>
          <w:rFonts w:ascii="Aptos" w:hAnsi="Aptos"/>
          <w:sz w:val="24"/>
          <w:szCs w:val="24"/>
        </w:rPr>
      </w:pPr>
      <w:r w:rsidRPr="00F077ED">
        <w:rPr>
          <w:rFonts w:ascii="Aptos" w:hAnsi="Aptos"/>
          <w:b/>
          <w:bCs/>
          <w:sz w:val="24"/>
          <w:szCs w:val="24"/>
        </w:rPr>
        <w:t>Written Communication</w:t>
      </w:r>
      <w:r w:rsidRPr="00F077ED">
        <w:rPr>
          <w:rFonts w:ascii="Aptos" w:hAnsi="Aptos"/>
          <w:sz w:val="24"/>
          <w:szCs w:val="24"/>
        </w:rPr>
        <w:t xml:space="preserve"> </w:t>
      </w:r>
      <w:r w:rsidR="00F077ED">
        <w:rPr>
          <w:rFonts w:ascii="Aptos" w:hAnsi="Aptos"/>
          <w:sz w:val="24"/>
          <w:szCs w:val="24"/>
        </w:rPr>
        <w:t xml:space="preserve">detailing </w:t>
      </w:r>
      <w:r w:rsidRPr="00F077ED">
        <w:rPr>
          <w:rFonts w:ascii="Aptos" w:hAnsi="Aptos"/>
          <w:sz w:val="24"/>
          <w:szCs w:val="24"/>
        </w:rPr>
        <w:t xml:space="preserve">the incident(s) and the intervention </w:t>
      </w:r>
      <w:r w:rsidR="00F077ED">
        <w:rPr>
          <w:rFonts w:ascii="Aptos" w:hAnsi="Aptos"/>
          <w:sz w:val="24"/>
          <w:szCs w:val="24"/>
        </w:rPr>
        <w:t>strategies</w:t>
      </w:r>
      <w:r w:rsidRPr="00F077ED">
        <w:rPr>
          <w:rFonts w:ascii="Aptos" w:hAnsi="Aptos"/>
          <w:sz w:val="24"/>
          <w:szCs w:val="24"/>
        </w:rPr>
        <w:t xml:space="preserve"> used by staff.  </w:t>
      </w:r>
    </w:p>
    <w:p w:rsidR="00AF12DF" w:rsidRDefault="00AF12DF" w:rsidP="00AF12DF">
      <w:pPr>
        <w:pStyle w:val="ListParagraph"/>
        <w:numPr>
          <w:ilvl w:val="0"/>
          <w:numId w:val="21"/>
        </w:numPr>
        <w:spacing w:after="0"/>
        <w:rPr>
          <w:rFonts w:ascii="Aptos" w:hAnsi="Aptos"/>
          <w:sz w:val="24"/>
          <w:szCs w:val="24"/>
        </w:rPr>
      </w:pPr>
      <w:r>
        <w:rPr>
          <w:rFonts w:ascii="Aptos" w:hAnsi="Aptos"/>
          <w:b/>
          <w:bCs/>
          <w:sz w:val="24"/>
          <w:szCs w:val="24"/>
        </w:rPr>
        <w:t xml:space="preserve"> </w:t>
      </w:r>
      <w:r w:rsidR="00F077ED">
        <w:rPr>
          <w:rFonts w:ascii="Aptos" w:hAnsi="Aptos"/>
          <w:b/>
          <w:bCs/>
          <w:sz w:val="24"/>
          <w:szCs w:val="24"/>
        </w:rPr>
        <w:t>I</w:t>
      </w:r>
      <w:r>
        <w:rPr>
          <w:rFonts w:ascii="Aptos" w:hAnsi="Aptos"/>
          <w:b/>
          <w:bCs/>
          <w:sz w:val="24"/>
          <w:szCs w:val="24"/>
        </w:rPr>
        <w:t xml:space="preserve">mmediate </w:t>
      </w:r>
      <w:r w:rsidR="00F077ED">
        <w:rPr>
          <w:rFonts w:ascii="Aptos" w:hAnsi="Aptos"/>
          <w:b/>
          <w:bCs/>
          <w:sz w:val="24"/>
          <w:szCs w:val="24"/>
        </w:rPr>
        <w:t xml:space="preserve">Pick Up: </w:t>
      </w:r>
      <w:r w:rsidR="00F077ED">
        <w:rPr>
          <w:rFonts w:ascii="Aptos" w:hAnsi="Aptos"/>
          <w:sz w:val="24"/>
          <w:szCs w:val="24"/>
        </w:rPr>
        <w:t>If the behavior continues, parents will be called to pick up the child.  After</w:t>
      </w:r>
      <w:r>
        <w:rPr>
          <w:rFonts w:ascii="Aptos" w:hAnsi="Aptos"/>
          <w:sz w:val="24"/>
          <w:szCs w:val="24"/>
        </w:rPr>
        <w:t xml:space="preserve"> 3 </w:t>
      </w:r>
      <w:r w:rsidR="00F077ED">
        <w:rPr>
          <w:rFonts w:ascii="Aptos" w:hAnsi="Aptos"/>
          <w:sz w:val="24"/>
          <w:szCs w:val="24"/>
        </w:rPr>
        <w:t>such instances</w:t>
      </w:r>
      <w:r>
        <w:rPr>
          <w:rFonts w:ascii="Aptos" w:hAnsi="Aptos"/>
          <w:sz w:val="24"/>
          <w:szCs w:val="24"/>
        </w:rPr>
        <w:t xml:space="preserve">, </w:t>
      </w:r>
      <w:r w:rsidR="00F077ED">
        <w:rPr>
          <w:rFonts w:ascii="Aptos" w:hAnsi="Aptos"/>
          <w:sz w:val="24"/>
          <w:szCs w:val="24"/>
        </w:rPr>
        <w:t>the child</w:t>
      </w:r>
      <w:r>
        <w:rPr>
          <w:rFonts w:ascii="Aptos" w:hAnsi="Aptos"/>
          <w:sz w:val="24"/>
          <w:szCs w:val="24"/>
        </w:rPr>
        <w:t xml:space="preserve"> may not return to school for the remainder of the year.  </w:t>
      </w:r>
    </w:p>
    <w:p w:rsidR="00F077ED" w:rsidRPr="00AF12DF" w:rsidRDefault="00F077ED" w:rsidP="00F077ED">
      <w:pPr>
        <w:pStyle w:val="ListParagraph"/>
        <w:spacing w:after="0"/>
        <w:rPr>
          <w:rFonts w:ascii="Aptos" w:hAnsi="Aptos"/>
          <w:sz w:val="24"/>
          <w:szCs w:val="24"/>
        </w:rPr>
      </w:pPr>
    </w:p>
    <w:p w:rsidR="001E79EF" w:rsidRDefault="001E79EF" w:rsidP="001E79EF">
      <w:pPr>
        <w:spacing w:after="0"/>
        <w:rPr>
          <w:rFonts w:ascii="Aptos" w:hAnsi="Aptos"/>
          <w:sz w:val="24"/>
          <w:szCs w:val="24"/>
        </w:rPr>
      </w:pPr>
      <w:r>
        <w:rPr>
          <w:rFonts w:ascii="Aptos" w:hAnsi="Aptos"/>
          <w:sz w:val="24"/>
          <w:szCs w:val="24"/>
        </w:rPr>
        <w:t xml:space="preserve"> If deemed necessary, </w:t>
      </w:r>
      <w:r w:rsidR="00AF12DF">
        <w:rPr>
          <w:rFonts w:ascii="Aptos" w:hAnsi="Aptos"/>
          <w:sz w:val="24"/>
          <w:szCs w:val="24"/>
        </w:rPr>
        <w:t>the teacher or Director may recommend further evaluat</w:t>
      </w:r>
      <w:r w:rsidR="00F077ED">
        <w:rPr>
          <w:rFonts w:ascii="Aptos" w:hAnsi="Aptos"/>
          <w:sz w:val="24"/>
          <w:szCs w:val="24"/>
        </w:rPr>
        <w:t xml:space="preserve">ion </w:t>
      </w:r>
      <w:r w:rsidR="00AF12DF">
        <w:rPr>
          <w:rFonts w:ascii="Aptos" w:hAnsi="Aptos"/>
          <w:sz w:val="24"/>
          <w:szCs w:val="24"/>
        </w:rPr>
        <w:t xml:space="preserve">by a child development specialist or other appropriate professional.  </w:t>
      </w:r>
    </w:p>
    <w:p w:rsidR="005B246F" w:rsidRDefault="005B246F" w:rsidP="001E79EF">
      <w:pPr>
        <w:spacing w:after="0"/>
        <w:rPr>
          <w:rFonts w:ascii="Aptos" w:hAnsi="Aptos"/>
          <w:b/>
          <w:bCs/>
          <w:sz w:val="24"/>
          <w:szCs w:val="24"/>
        </w:rPr>
      </w:pPr>
    </w:p>
    <w:p w:rsidR="005B246F" w:rsidRDefault="005B246F" w:rsidP="00803247">
      <w:pPr>
        <w:spacing w:after="0"/>
        <w:jc w:val="center"/>
        <w:rPr>
          <w:rFonts w:ascii="Aptos" w:hAnsi="Aptos"/>
          <w:b/>
          <w:bCs/>
          <w:sz w:val="24"/>
          <w:szCs w:val="24"/>
        </w:rPr>
      </w:pPr>
    </w:p>
    <w:p w:rsidR="00AF12DF" w:rsidRDefault="00AF12DF" w:rsidP="001E79EF">
      <w:pPr>
        <w:spacing w:after="0"/>
        <w:rPr>
          <w:rFonts w:ascii="Aptos" w:hAnsi="Aptos"/>
          <w:b/>
          <w:bCs/>
          <w:color w:val="0070C0"/>
          <w:sz w:val="28"/>
          <w:szCs w:val="28"/>
        </w:rPr>
      </w:pPr>
      <w:r w:rsidRPr="005B246F">
        <w:rPr>
          <w:rFonts w:ascii="Aptos" w:hAnsi="Aptos"/>
          <w:b/>
          <w:bCs/>
          <w:color w:val="0070C0"/>
          <w:sz w:val="28"/>
          <w:szCs w:val="28"/>
        </w:rPr>
        <w:t>Termination Policy</w:t>
      </w:r>
    </w:p>
    <w:p w:rsidR="005B246F" w:rsidRPr="005B246F" w:rsidRDefault="005B246F" w:rsidP="001E79EF">
      <w:pPr>
        <w:spacing w:after="0"/>
        <w:rPr>
          <w:rFonts w:ascii="Aptos" w:hAnsi="Aptos"/>
          <w:color w:val="0070C0"/>
          <w:sz w:val="28"/>
          <w:szCs w:val="28"/>
        </w:rPr>
      </w:pPr>
    </w:p>
    <w:p w:rsidR="00AF12DF" w:rsidRDefault="00AF12DF" w:rsidP="001E79EF">
      <w:pPr>
        <w:spacing w:after="0"/>
        <w:rPr>
          <w:rFonts w:ascii="Aptos" w:hAnsi="Aptos"/>
          <w:sz w:val="24"/>
          <w:szCs w:val="24"/>
        </w:rPr>
      </w:pPr>
      <w:r>
        <w:rPr>
          <w:rFonts w:ascii="Aptos" w:hAnsi="Aptos"/>
          <w:sz w:val="24"/>
          <w:szCs w:val="24"/>
        </w:rPr>
        <w:t xml:space="preserve">The Director reserves the right to immediately terminate the </w:t>
      </w:r>
      <w:r w:rsidR="00F077ED">
        <w:rPr>
          <w:rFonts w:ascii="Aptos" w:hAnsi="Aptos"/>
          <w:sz w:val="24"/>
          <w:szCs w:val="24"/>
        </w:rPr>
        <w:t xml:space="preserve">enrollment </w:t>
      </w:r>
      <w:r>
        <w:rPr>
          <w:rFonts w:ascii="Aptos" w:hAnsi="Aptos"/>
          <w:sz w:val="24"/>
          <w:szCs w:val="24"/>
        </w:rPr>
        <w:t>of any child who:</w:t>
      </w:r>
    </w:p>
    <w:p w:rsidR="00AF12DF" w:rsidRDefault="00AF12DF" w:rsidP="00AF12DF">
      <w:pPr>
        <w:pStyle w:val="ListParagraph"/>
        <w:numPr>
          <w:ilvl w:val="0"/>
          <w:numId w:val="22"/>
        </w:numPr>
        <w:spacing w:after="0"/>
        <w:rPr>
          <w:rFonts w:ascii="Aptos" w:hAnsi="Aptos"/>
          <w:sz w:val="24"/>
          <w:szCs w:val="24"/>
        </w:rPr>
      </w:pPr>
      <w:r>
        <w:rPr>
          <w:rFonts w:ascii="Aptos" w:hAnsi="Aptos"/>
          <w:sz w:val="24"/>
          <w:szCs w:val="24"/>
        </w:rPr>
        <w:t xml:space="preserve">Causes physical injury to </w:t>
      </w:r>
      <w:r w:rsidR="00F82EBE">
        <w:rPr>
          <w:rFonts w:ascii="Aptos" w:hAnsi="Aptos"/>
          <w:sz w:val="24"/>
          <w:szCs w:val="24"/>
        </w:rPr>
        <w:t>themselves</w:t>
      </w:r>
      <w:r>
        <w:rPr>
          <w:rFonts w:ascii="Aptos" w:hAnsi="Aptos"/>
          <w:sz w:val="24"/>
          <w:szCs w:val="24"/>
        </w:rPr>
        <w:t xml:space="preserve"> beyond the control of the staff.</w:t>
      </w:r>
    </w:p>
    <w:p w:rsidR="00F82EBE" w:rsidRDefault="00AF12DF" w:rsidP="00AF12DF">
      <w:pPr>
        <w:pStyle w:val="ListParagraph"/>
        <w:numPr>
          <w:ilvl w:val="0"/>
          <w:numId w:val="22"/>
        </w:numPr>
        <w:spacing w:after="0"/>
        <w:rPr>
          <w:rFonts w:ascii="Aptos" w:hAnsi="Aptos"/>
          <w:sz w:val="24"/>
          <w:szCs w:val="24"/>
        </w:rPr>
      </w:pPr>
      <w:r>
        <w:rPr>
          <w:rFonts w:ascii="Aptos" w:hAnsi="Aptos"/>
          <w:sz w:val="24"/>
          <w:szCs w:val="24"/>
        </w:rPr>
        <w:t>Causes physical pain and/or injury to others (staff or student</w:t>
      </w:r>
      <w:r w:rsidR="00F82EBE">
        <w:rPr>
          <w:rFonts w:ascii="Aptos" w:hAnsi="Aptos"/>
          <w:sz w:val="24"/>
          <w:szCs w:val="24"/>
        </w:rPr>
        <w:t xml:space="preserve">s) </w:t>
      </w:r>
    </w:p>
    <w:p w:rsidR="00AF12DF" w:rsidRDefault="00AF12DF" w:rsidP="00AF12DF">
      <w:pPr>
        <w:pStyle w:val="ListParagraph"/>
        <w:numPr>
          <w:ilvl w:val="0"/>
          <w:numId w:val="22"/>
        </w:numPr>
        <w:spacing w:after="0"/>
        <w:rPr>
          <w:rFonts w:ascii="Aptos" w:hAnsi="Aptos"/>
          <w:sz w:val="24"/>
          <w:szCs w:val="24"/>
        </w:rPr>
      </w:pPr>
      <w:r>
        <w:rPr>
          <w:rFonts w:ascii="Aptos" w:hAnsi="Aptos"/>
          <w:sz w:val="24"/>
          <w:szCs w:val="24"/>
        </w:rPr>
        <w:t>beyond the control of the staff.</w:t>
      </w:r>
    </w:p>
    <w:p w:rsidR="00AF12DF" w:rsidRPr="00AF12DF" w:rsidRDefault="00F82EBE" w:rsidP="00AF12DF">
      <w:pPr>
        <w:pStyle w:val="ListParagraph"/>
        <w:numPr>
          <w:ilvl w:val="0"/>
          <w:numId w:val="22"/>
        </w:numPr>
        <w:spacing w:after="0"/>
        <w:rPr>
          <w:rFonts w:ascii="Aptos" w:hAnsi="Aptos"/>
          <w:sz w:val="24"/>
          <w:szCs w:val="24"/>
        </w:rPr>
      </w:pPr>
      <w:r>
        <w:rPr>
          <w:rFonts w:ascii="Aptos" w:hAnsi="Aptos"/>
          <w:sz w:val="24"/>
          <w:szCs w:val="24"/>
        </w:rPr>
        <w:t>E</w:t>
      </w:r>
      <w:r w:rsidR="005B246F">
        <w:rPr>
          <w:rFonts w:ascii="Aptos" w:hAnsi="Aptos"/>
          <w:sz w:val="24"/>
          <w:szCs w:val="24"/>
        </w:rPr>
        <w:t xml:space="preserve">xhibits disruptive behavior </w:t>
      </w:r>
      <w:r w:rsidR="00E02C8B">
        <w:rPr>
          <w:rFonts w:ascii="Aptos" w:hAnsi="Aptos"/>
          <w:sz w:val="24"/>
          <w:szCs w:val="24"/>
        </w:rPr>
        <w:t>that</w:t>
      </w:r>
      <w:r w:rsidR="005B246F">
        <w:rPr>
          <w:rFonts w:ascii="Aptos" w:hAnsi="Aptos"/>
          <w:sz w:val="24"/>
          <w:szCs w:val="24"/>
        </w:rPr>
        <w:t xml:space="preserve"> interferes with the daily activities of the preschool.</w:t>
      </w:r>
    </w:p>
    <w:p w:rsidR="00AF12DF" w:rsidRDefault="00AF12DF" w:rsidP="001E79EF">
      <w:pPr>
        <w:spacing w:after="0"/>
        <w:rPr>
          <w:rFonts w:ascii="Aptos" w:hAnsi="Aptos"/>
          <w:b/>
          <w:bCs/>
          <w:color w:val="0070C0"/>
          <w:sz w:val="28"/>
          <w:szCs w:val="28"/>
        </w:rPr>
      </w:pPr>
    </w:p>
    <w:p w:rsidR="00F077ED" w:rsidRPr="00F077ED" w:rsidRDefault="00F077ED" w:rsidP="00F077ED">
      <w:pPr>
        <w:spacing w:after="0"/>
        <w:jc w:val="center"/>
        <w:rPr>
          <w:rFonts w:ascii="Aptos" w:hAnsi="Aptos"/>
          <w:b/>
          <w:bCs/>
          <w:sz w:val="24"/>
          <w:szCs w:val="24"/>
        </w:rPr>
      </w:pPr>
      <w:r>
        <w:rPr>
          <w:rFonts w:ascii="Aptos" w:hAnsi="Aptos"/>
          <w:b/>
          <w:bCs/>
          <w:sz w:val="24"/>
          <w:szCs w:val="24"/>
        </w:rPr>
        <w:t>7</w:t>
      </w:r>
    </w:p>
    <w:p w:rsidR="008C0689" w:rsidRDefault="008C0689" w:rsidP="001E79EF">
      <w:pPr>
        <w:spacing w:after="0"/>
        <w:rPr>
          <w:rFonts w:ascii="Aptos" w:hAnsi="Aptos"/>
          <w:b/>
          <w:bCs/>
          <w:color w:val="0070C0"/>
          <w:sz w:val="28"/>
          <w:szCs w:val="28"/>
        </w:rPr>
      </w:pPr>
      <w:r>
        <w:rPr>
          <w:rFonts w:ascii="Aptos" w:hAnsi="Aptos"/>
          <w:b/>
          <w:bCs/>
          <w:color w:val="0070C0"/>
          <w:sz w:val="28"/>
          <w:szCs w:val="28"/>
        </w:rPr>
        <w:t>Health and Safety</w:t>
      </w:r>
    </w:p>
    <w:p w:rsidR="001E79EF" w:rsidRDefault="001E79EF" w:rsidP="001E79EF">
      <w:pPr>
        <w:spacing w:after="0"/>
        <w:rPr>
          <w:rFonts w:ascii="Aptos" w:hAnsi="Aptos"/>
          <w:b/>
          <w:bCs/>
          <w:color w:val="0070C0"/>
          <w:sz w:val="28"/>
          <w:szCs w:val="28"/>
        </w:rPr>
      </w:pPr>
    </w:p>
    <w:p w:rsidR="001E79EF" w:rsidRDefault="005B246F" w:rsidP="005B246F">
      <w:pPr>
        <w:spacing w:after="0"/>
        <w:rPr>
          <w:rFonts w:ascii="Aptos" w:hAnsi="Aptos"/>
          <w:sz w:val="24"/>
          <w:szCs w:val="24"/>
        </w:rPr>
      </w:pPr>
      <w:r>
        <w:rPr>
          <w:rFonts w:ascii="Aptos" w:hAnsi="Aptos"/>
          <w:b/>
          <w:bCs/>
          <w:sz w:val="24"/>
          <w:szCs w:val="24"/>
        </w:rPr>
        <w:t xml:space="preserve">Health Checks:  </w:t>
      </w:r>
      <w:r>
        <w:rPr>
          <w:rFonts w:ascii="Aptos" w:hAnsi="Aptos"/>
          <w:sz w:val="24"/>
          <w:szCs w:val="24"/>
        </w:rPr>
        <w:t xml:space="preserve">Children are screened daily at drop-off.  Students must be symptom-free (without medication) for 24 hours before </w:t>
      </w:r>
      <w:r w:rsidR="005A2605">
        <w:rPr>
          <w:rFonts w:ascii="Aptos" w:hAnsi="Aptos"/>
          <w:sz w:val="24"/>
          <w:szCs w:val="24"/>
        </w:rPr>
        <w:t xml:space="preserve">returning to </w:t>
      </w:r>
      <w:r>
        <w:rPr>
          <w:rFonts w:ascii="Aptos" w:hAnsi="Aptos"/>
          <w:sz w:val="24"/>
          <w:szCs w:val="24"/>
        </w:rPr>
        <w:t xml:space="preserve">school </w:t>
      </w:r>
      <w:r w:rsidR="005A2605">
        <w:rPr>
          <w:rFonts w:ascii="Aptos" w:hAnsi="Aptos"/>
          <w:sz w:val="24"/>
          <w:szCs w:val="24"/>
        </w:rPr>
        <w:t>after</w:t>
      </w:r>
      <w:r>
        <w:rPr>
          <w:rFonts w:ascii="Aptos" w:hAnsi="Aptos"/>
          <w:sz w:val="24"/>
          <w:szCs w:val="24"/>
        </w:rPr>
        <w:t xml:space="preserve"> any illness.</w:t>
      </w:r>
    </w:p>
    <w:p w:rsidR="005B246F" w:rsidRDefault="005B246F" w:rsidP="005B246F">
      <w:pPr>
        <w:spacing w:after="0"/>
        <w:rPr>
          <w:rFonts w:ascii="Aptos" w:hAnsi="Aptos"/>
          <w:sz w:val="24"/>
          <w:szCs w:val="24"/>
        </w:rPr>
      </w:pPr>
    </w:p>
    <w:p w:rsidR="005B246F" w:rsidRDefault="005B246F" w:rsidP="005B246F">
      <w:pPr>
        <w:spacing w:after="0"/>
        <w:rPr>
          <w:rFonts w:ascii="Aptos" w:hAnsi="Aptos"/>
          <w:sz w:val="24"/>
          <w:szCs w:val="24"/>
        </w:rPr>
      </w:pPr>
      <w:r w:rsidRPr="00E02C8B">
        <w:rPr>
          <w:rFonts w:ascii="Aptos" w:hAnsi="Aptos"/>
          <w:b/>
          <w:bCs/>
          <w:sz w:val="24"/>
          <w:szCs w:val="24"/>
        </w:rPr>
        <w:t>Please keep your child at home if they have</w:t>
      </w:r>
      <w:r>
        <w:rPr>
          <w:rFonts w:ascii="Aptos" w:hAnsi="Aptos"/>
          <w:sz w:val="24"/>
          <w:szCs w:val="24"/>
        </w:rPr>
        <w:t>:</w:t>
      </w:r>
    </w:p>
    <w:p w:rsidR="005B246F" w:rsidRDefault="005B246F" w:rsidP="005B246F">
      <w:pPr>
        <w:pStyle w:val="ListParagraph"/>
        <w:numPr>
          <w:ilvl w:val="0"/>
          <w:numId w:val="23"/>
        </w:numPr>
        <w:spacing w:after="0"/>
        <w:rPr>
          <w:rFonts w:ascii="Aptos" w:hAnsi="Aptos"/>
          <w:sz w:val="24"/>
          <w:szCs w:val="24"/>
        </w:rPr>
      </w:pPr>
      <w:r>
        <w:rPr>
          <w:rFonts w:ascii="Aptos" w:hAnsi="Aptos"/>
          <w:sz w:val="24"/>
          <w:szCs w:val="24"/>
        </w:rPr>
        <w:t>Fever, vomiting, diarrhea, or unexplained rash within the past 24 hours.</w:t>
      </w:r>
    </w:p>
    <w:p w:rsidR="005B246F" w:rsidRDefault="005B246F" w:rsidP="005B246F">
      <w:pPr>
        <w:pStyle w:val="ListParagraph"/>
        <w:numPr>
          <w:ilvl w:val="0"/>
          <w:numId w:val="23"/>
        </w:numPr>
        <w:spacing w:after="0"/>
        <w:rPr>
          <w:rFonts w:ascii="Aptos" w:hAnsi="Aptos"/>
          <w:sz w:val="24"/>
          <w:szCs w:val="24"/>
        </w:rPr>
      </w:pPr>
      <w:r>
        <w:rPr>
          <w:rFonts w:ascii="Aptos" w:hAnsi="Aptos"/>
          <w:sz w:val="24"/>
          <w:szCs w:val="24"/>
        </w:rPr>
        <w:t xml:space="preserve">Persistent cough, colored nasal discharge, or </w:t>
      </w:r>
      <w:r w:rsidR="005A2605">
        <w:rPr>
          <w:rFonts w:ascii="Aptos" w:hAnsi="Aptos"/>
          <w:sz w:val="24"/>
          <w:szCs w:val="24"/>
        </w:rPr>
        <w:t xml:space="preserve">any </w:t>
      </w:r>
      <w:r>
        <w:rPr>
          <w:rFonts w:ascii="Aptos" w:hAnsi="Aptos"/>
          <w:sz w:val="24"/>
          <w:szCs w:val="24"/>
        </w:rPr>
        <w:t>contagious illness.</w:t>
      </w:r>
    </w:p>
    <w:p w:rsidR="005B246F" w:rsidRDefault="005B246F" w:rsidP="005B246F">
      <w:pPr>
        <w:pStyle w:val="ListParagraph"/>
        <w:numPr>
          <w:ilvl w:val="0"/>
          <w:numId w:val="23"/>
        </w:numPr>
        <w:spacing w:after="0"/>
        <w:rPr>
          <w:rFonts w:ascii="Aptos" w:hAnsi="Aptos"/>
          <w:sz w:val="24"/>
          <w:szCs w:val="24"/>
        </w:rPr>
      </w:pPr>
      <w:r>
        <w:rPr>
          <w:rFonts w:ascii="Aptos" w:hAnsi="Aptos"/>
          <w:sz w:val="24"/>
          <w:szCs w:val="24"/>
        </w:rPr>
        <w:t>Started antibiotics within the last 24 hours.</w:t>
      </w:r>
    </w:p>
    <w:p w:rsidR="005B246F" w:rsidRDefault="005B246F" w:rsidP="005B246F">
      <w:pPr>
        <w:pStyle w:val="ListParagraph"/>
        <w:numPr>
          <w:ilvl w:val="0"/>
          <w:numId w:val="23"/>
        </w:numPr>
        <w:spacing w:after="0"/>
        <w:rPr>
          <w:rFonts w:ascii="Aptos" w:hAnsi="Aptos"/>
          <w:sz w:val="24"/>
          <w:szCs w:val="24"/>
        </w:rPr>
      </w:pPr>
      <w:r>
        <w:rPr>
          <w:rFonts w:ascii="Aptos" w:hAnsi="Aptos"/>
          <w:sz w:val="24"/>
          <w:szCs w:val="24"/>
        </w:rPr>
        <w:t xml:space="preserve">Have an active lice infestation.  </w:t>
      </w:r>
      <w:r w:rsidR="005A2605">
        <w:rPr>
          <w:rFonts w:ascii="Aptos" w:hAnsi="Aptos"/>
          <w:sz w:val="24"/>
          <w:szCs w:val="24"/>
        </w:rPr>
        <w:t>They may return to school only after treatment and when there is no evidence of active lice.</w:t>
      </w:r>
    </w:p>
    <w:p w:rsidR="005B246F" w:rsidRDefault="005B246F" w:rsidP="005B246F">
      <w:pPr>
        <w:spacing w:after="0"/>
        <w:rPr>
          <w:rFonts w:ascii="Aptos" w:hAnsi="Aptos"/>
          <w:sz w:val="24"/>
          <w:szCs w:val="24"/>
        </w:rPr>
      </w:pPr>
    </w:p>
    <w:p w:rsidR="005B246F" w:rsidRPr="00E02C8B" w:rsidRDefault="005B246F" w:rsidP="005B246F">
      <w:pPr>
        <w:spacing w:after="0"/>
        <w:rPr>
          <w:rFonts w:ascii="Aptos" w:hAnsi="Aptos"/>
          <w:b/>
          <w:bCs/>
          <w:sz w:val="24"/>
          <w:szCs w:val="24"/>
        </w:rPr>
      </w:pPr>
      <w:r w:rsidRPr="00E02C8B">
        <w:rPr>
          <w:rFonts w:ascii="Aptos" w:hAnsi="Aptos"/>
          <w:b/>
          <w:bCs/>
          <w:sz w:val="24"/>
          <w:szCs w:val="24"/>
        </w:rPr>
        <w:t>Illness at School</w:t>
      </w:r>
    </w:p>
    <w:p w:rsidR="005B246F" w:rsidRDefault="005B246F" w:rsidP="005B246F">
      <w:pPr>
        <w:spacing w:after="0"/>
        <w:rPr>
          <w:rFonts w:ascii="Aptos" w:hAnsi="Aptos"/>
          <w:sz w:val="24"/>
          <w:szCs w:val="24"/>
        </w:rPr>
      </w:pPr>
      <w:r>
        <w:rPr>
          <w:rFonts w:ascii="Aptos" w:hAnsi="Aptos"/>
          <w:sz w:val="24"/>
          <w:szCs w:val="24"/>
        </w:rPr>
        <w:t xml:space="preserve">If your child develops </w:t>
      </w:r>
      <w:r w:rsidR="005A2605">
        <w:rPr>
          <w:rFonts w:ascii="Aptos" w:hAnsi="Aptos"/>
          <w:sz w:val="24"/>
          <w:szCs w:val="24"/>
        </w:rPr>
        <w:t xml:space="preserve">symptoms such as </w:t>
      </w:r>
      <w:r>
        <w:rPr>
          <w:rFonts w:ascii="Aptos" w:hAnsi="Aptos"/>
          <w:sz w:val="24"/>
          <w:szCs w:val="24"/>
        </w:rPr>
        <w:t xml:space="preserve">vomiting, diarrhea, </w:t>
      </w:r>
      <w:r w:rsidR="005A2605">
        <w:rPr>
          <w:rFonts w:ascii="Aptos" w:hAnsi="Aptos"/>
          <w:sz w:val="24"/>
          <w:szCs w:val="24"/>
        </w:rPr>
        <w:t xml:space="preserve">or </w:t>
      </w:r>
      <w:r>
        <w:rPr>
          <w:rFonts w:ascii="Aptos" w:hAnsi="Aptos"/>
          <w:sz w:val="24"/>
          <w:szCs w:val="24"/>
        </w:rPr>
        <w:t>fever</w:t>
      </w:r>
      <w:r w:rsidR="005A2605">
        <w:rPr>
          <w:rFonts w:ascii="Aptos" w:hAnsi="Aptos"/>
          <w:sz w:val="24"/>
          <w:szCs w:val="24"/>
        </w:rPr>
        <w:t xml:space="preserve"> during the day</w:t>
      </w:r>
      <w:r>
        <w:rPr>
          <w:rFonts w:ascii="Aptos" w:hAnsi="Aptos"/>
          <w:sz w:val="24"/>
          <w:szCs w:val="24"/>
        </w:rPr>
        <w:t xml:space="preserve">, we will </w:t>
      </w:r>
      <w:r w:rsidR="005A2605">
        <w:rPr>
          <w:rFonts w:ascii="Aptos" w:hAnsi="Aptos"/>
          <w:sz w:val="24"/>
          <w:szCs w:val="24"/>
        </w:rPr>
        <w:t>contact</w:t>
      </w:r>
      <w:r>
        <w:rPr>
          <w:rFonts w:ascii="Aptos" w:hAnsi="Aptos"/>
          <w:sz w:val="24"/>
          <w:szCs w:val="24"/>
        </w:rPr>
        <w:t xml:space="preserve"> you </w:t>
      </w:r>
      <w:r w:rsidR="005A2605">
        <w:rPr>
          <w:rFonts w:ascii="Aptos" w:hAnsi="Aptos"/>
          <w:sz w:val="24"/>
          <w:szCs w:val="24"/>
        </w:rPr>
        <w:t xml:space="preserve">for immediate </w:t>
      </w:r>
      <w:r>
        <w:rPr>
          <w:rFonts w:ascii="Aptos" w:hAnsi="Aptos"/>
          <w:sz w:val="24"/>
          <w:szCs w:val="24"/>
        </w:rPr>
        <w:t>pick up</w:t>
      </w:r>
      <w:r w:rsidR="005A2605">
        <w:rPr>
          <w:rFonts w:ascii="Aptos" w:hAnsi="Aptos"/>
          <w:sz w:val="24"/>
          <w:szCs w:val="24"/>
        </w:rPr>
        <w:t>.</w:t>
      </w:r>
      <w:r>
        <w:rPr>
          <w:rFonts w:ascii="Aptos" w:hAnsi="Aptos"/>
          <w:sz w:val="24"/>
          <w:szCs w:val="24"/>
        </w:rPr>
        <w:t xml:space="preserve">  The child will wait in the Director’s office to minimize </w:t>
      </w:r>
      <w:r w:rsidR="005A2605">
        <w:rPr>
          <w:rFonts w:ascii="Aptos" w:hAnsi="Aptos"/>
          <w:sz w:val="24"/>
          <w:szCs w:val="24"/>
        </w:rPr>
        <w:t>exposure to</w:t>
      </w:r>
      <w:r>
        <w:rPr>
          <w:rFonts w:ascii="Aptos" w:hAnsi="Aptos"/>
          <w:sz w:val="24"/>
          <w:szCs w:val="24"/>
        </w:rPr>
        <w:t xml:space="preserve"> others.  If we cannot reach you, we will contact the emergency contacts listed </w:t>
      </w:r>
      <w:r w:rsidR="005A2605">
        <w:rPr>
          <w:rFonts w:ascii="Aptos" w:hAnsi="Aptos"/>
          <w:sz w:val="24"/>
          <w:szCs w:val="24"/>
        </w:rPr>
        <w:t xml:space="preserve">in </w:t>
      </w:r>
      <w:r>
        <w:rPr>
          <w:rFonts w:ascii="Aptos" w:hAnsi="Aptos"/>
          <w:sz w:val="24"/>
          <w:szCs w:val="24"/>
        </w:rPr>
        <w:t>your child</w:t>
      </w:r>
      <w:r w:rsidR="005A2605">
        <w:rPr>
          <w:rFonts w:ascii="Aptos" w:hAnsi="Aptos"/>
          <w:sz w:val="24"/>
          <w:szCs w:val="24"/>
        </w:rPr>
        <w:t>’s profile</w:t>
      </w:r>
      <w:r>
        <w:rPr>
          <w:rFonts w:ascii="Aptos" w:hAnsi="Aptos"/>
          <w:sz w:val="24"/>
          <w:szCs w:val="24"/>
        </w:rPr>
        <w:t>.</w:t>
      </w:r>
    </w:p>
    <w:p w:rsidR="005B246F" w:rsidRDefault="005B246F" w:rsidP="005B246F">
      <w:pPr>
        <w:spacing w:after="0"/>
        <w:rPr>
          <w:rFonts w:ascii="Aptos" w:hAnsi="Aptos"/>
          <w:b/>
          <w:bCs/>
          <w:sz w:val="24"/>
          <w:szCs w:val="24"/>
        </w:rPr>
      </w:pPr>
      <w:r w:rsidRPr="00E02C8B">
        <w:rPr>
          <w:rFonts w:ascii="Aptos" w:hAnsi="Aptos"/>
          <w:b/>
          <w:bCs/>
          <w:sz w:val="24"/>
          <w:szCs w:val="24"/>
        </w:rPr>
        <w:t xml:space="preserve">Children sent home due to illness may not return until they are symptom-free for at least 24 hours or a doctor’s note is provided.  </w:t>
      </w:r>
    </w:p>
    <w:p w:rsidR="00E02C8B" w:rsidRDefault="00E02C8B" w:rsidP="005B246F">
      <w:pPr>
        <w:spacing w:after="0"/>
        <w:rPr>
          <w:rFonts w:ascii="Aptos" w:hAnsi="Aptos"/>
          <w:b/>
          <w:bCs/>
          <w:sz w:val="24"/>
          <w:szCs w:val="24"/>
        </w:rPr>
      </w:pPr>
    </w:p>
    <w:p w:rsidR="00E02C8B" w:rsidRDefault="00E02C8B" w:rsidP="005B246F">
      <w:pPr>
        <w:spacing w:after="0"/>
        <w:rPr>
          <w:rFonts w:ascii="Aptos" w:hAnsi="Aptos"/>
          <w:sz w:val="24"/>
          <w:szCs w:val="24"/>
        </w:rPr>
      </w:pPr>
      <w:r>
        <w:rPr>
          <w:rFonts w:ascii="Aptos" w:hAnsi="Aptos"/>
          <w:b/>
          <w:bCs/>
          <w:sz w:val="24"/>
          <w:szCs w:val="24"/>
        </w:rPr>
        <w:t>Injury at School</w:t>
      </w:r>
    </w:p>
    <w:p w:rsidR="00E02C8B" w:rsidRDefault="00E02C8B" w:rsidP="005B246F">
      <w:pPr>
        <w:spacing w:after="0"/>
        <w:rPr>
          <w:rFonts w:ascii="Aptos" w:hAnsi="Aptos"/>
          <w:sz w:val="24"/>
          <w:szCs w:val="24"/>
        </w:rPr>
      </w:pPr>
      <w:r>
        <w:rPr>
          <w:rFonts w:ascii="Aptos" w:hAnsi="Aptos"/>
          <w:sz w:val="24"/>
          <w:szCs w:val="24"/>
        </w:rPr>
        <w:t>Minor injuries will be treated with appropriate first aid.  For serious injuries, we will contact a parent and, if necessary, your child's doctor, dentist, or emergency services.  Parents are responsible for any costs not covered by our insurance.</w:t>
      </w:r>
    </w:p>
    <w:p w:rsidR="00E02C8B" w:rsidRDefault="00E02C8B" w:rsidP="005B246F">
      <w:pPr>
        <w:spacing w:after="0"/>
        <w:rPr>
          <w:rFonts w:ascii="Aptos" w:hAnsi="Aptos"/>
          <w:sz w:val="24"/>
          <w:szCs w:val="24"/>
        </w:rPr>
      </w:pPr>
      <w:r>
        <w:rPr>
          <w:rFonts w:ascii="Aptos" w:hAnsi="Aptos"/>
          <w:sz w:val="24"/>
          <w:szCs w:val="24"/>
        </w:rPr>
        <w:t xml:space="preserve">All injuries will be discussed with the authorized pick-up person or parents, and an </w:t>
      </w:r>
      <w:r w:rsidRPr="00E02C8B">
        <w:rPr>
          <w:rFonts w:ascii="Aptos" w:hAnsi="Aptos"/>
          <w:b/>
          <w:bCs/>
          <w:sz w:val="24"/>
          <w:szCs w:val="24"/>
        </w:rPr>
        <w:t>Incident Report</w:t>
      </w:r>
      <w:r>
        <w:rPr>
          <w:rFonts w:ascii="Aptos" w:hAnsi="Aptos"/>
          <w:sz w:val="24"/>
          <w:szCs w:val="24"/>
        </w:rPr>
        <w:t xml:space="preserve"> will be completed and submitted via the Procare app to review and sign</w:t>
      </w:r>
      <w:r w:rsidR="00394CB2">
        <w:rPr>
          <w:rFonts w:ascii="Aptos" w:hAnsi="Aptos"/>
          <w:sz w:val="24"/>
          <w:szCs w:val="24"/>
        </w:rPr>
        <w:t>ature</w:t>
      </w:r>
      <w:r>
        <w:rPr>
          <w:rFonts w:ascii="Aptos" w:hAnsi="Aptos"/>
          <w:sz w:val="24"/>
          <w:szCs w:val="24"/>
        </w:rPr>
        <w:t>.</w:t>
      </w:r>
    </w:p>
    <w:p w:rsidR="00E02C8B" w:rsidRDefault="00E02C8B" w:rsidP="005B246F">
      <w:pPr>
        <w:spacing w:after="0"/>
        <w:rPr>
          <w:rFonts w:ascii="Aptos" w:hAnsi="Aptos"/>
          <w:b/>
          <w:bCs/>
          <w:sz w:val="24"/>
          <w:szCs w:val="24"/>
        </w:rPr>
      </w:pPr>
    </w:p>
    <w:p w:rsidR="00E02C8B" w:rsidRDefault="00E02C8B" w:rsidP="005B246F">
      <w:pPr>
        <w:spacing w:after="0"/>
        <w:rPr>
          <w:rFonts w:ascii="Aptos" w:hAnsi="Aptos"/>
          <w:sz w:val="24"/>
          <w:szCs w:val="24"/>
        </w:rPr>
      </w:pPr>
      <w:r w:rsidRPr="00E02C8B">
        <w:rPr>
          <w:rFonts w:ascii="Aptos" w:hAnsi="Aptos"/>
          <w:b/>
          <w:bCs/>
          <w:sz w:val="24"/>
          <w:szCs w:val="24"/>
        </w:rPr>
        <w:t>Biting Policy</w:t>
      </w:r>
    </w:p>
    <w:p w:rsidR="00E02C8B" w:rsidRDefault="00E02C8B" w:rsidP="005B246F">
      <w:pPr>
        <w:spacing w:after="0"/>
        <w:rPr>
          <w:rFonts w:ascii="Aptos" w:hAnsi="Aptos"/>
          <w:sz w:val="24"/>
          <w:szCs w:val="24"/>
        </w:rPr>
      </w:pPr>
      <w:r>
        <w:rPr>
          <w:rFonts w:ascii="Aptos" w:hAnsi="Aptos"/>
          <w:sz w:val="24"/>
          <w:szCs w:val="24"/>
        </w:rPr>
        <w:t>Biting is a common behavior in group settings</w:t>
      </w:r>
      <w:r w:rsidR="006B2DB8">
        <w:rPr>
          <w:rFonts w:ascii="Aptos" w:hAnsi="Aptos"/>
          <w:sz w:val="24"/>
          <w:szCs w:val="24"/>
        </w:rPr>
        <w:t xml:space="preserve"> and</w:t>
      </w:r>
      <w:r>
        <w:rPr>
          <w:rFonts w:ascii="Aptos" w:hAnsi="Aptos"/>
          <w:sz w:val="24"/>
          <w:szCs w:val="24"/>
        </w:rPr>
        <w:t xml:space="preserve"> may occur during play or as an expression of frustration.  While staff take precautions, bites can happen suddenly and without warning.  If a child is bitten:</w:t>
      </w:r>
    </w:p>
    <w:p w:rsidR="00E02C8B" w:rsidRDefault="00E02C8B" w:rsidP="00E02C8B">
      <w:pPr>
        <w:pStyle w:val="ListParagraph"/>
        <w:numPr>
          <w:ilvl w:val="0"/>
          <w:numId w:val="24"/>
        </w:numPr>
        <w:spacing w:after="0"/>
        <w:rPr>
          <w:rFonts w:ascii="Aptos" w:hAnsi="Aptos"/>
          <w:sz w:val="24"/>
          <w:szCs w:val="24"/>
        </w:rPr>
      </w:pPr>
      <w:r>
        <w:rPr>
          <w:rFonts w:ascii="Aptos" w:hAnsi="Aptos"/>
          <w:sz w:val="24"/>
          <w:szCs w:val="24"/>
        </w:rPr>
        <w:t>The injured child is comforted, the area cleaned, antibiotic ointment applied, and an ice pack offered.</w:t>
      </w:r>
    </w:p>
    <w:p w:rsidR="00E02C8B" w:rsidRDefault="00E02C8B" w:rsidP="00E02C8B">
      <w:pPr>
        <w:pStyle w:val="ListParagraph"/>
        <w:numPr>
          <w:ilvl w:val="0"/>
          <w:numId w:val="24"/>
        </w:numPr>
        <w:spacing w:after="0"/>
        <w:rPr>
          <w:rFonts w:ascii="Aptos" w:hAnsi="Aptos"/>
          <w:sz w:val="24"/>
          <w:szCs w:val="24"/>
        </w:rPr>
      </w:pPr>
      <w:r>
        <w:rPr>
          <w:rFonts w:ascii="Aptos" w:hAnsi="Aptos"/>
          <w:sz w:val="24"/>
          <w:szCs w:val="24"/>
        </w:rPr>
        <w:t>The biter is given a brief time-out (“sit and watch”) appropriate to their age.</w:t>
      </w:r>
    </w:p>
    <w:p w:rsidR="00E02C8B" w:rsidRDefault="00E02C8B" w:rsidP="00E02C8B">
      <w:pPr>
        <w:pStyle w:val="ListParagraph"/>
        <w:numPr>
          <w:ilvl w:val="0"/>
          <w:numId w:val="24"/>
        </w:numPr>
        <w:spacing w:after="0"/>
        <w:rPr>
          <w:rFonts w:ascii="Aptos" w:hAnsi="Aptos"/>
          <w:sz w:val="24"/>
          <w:szCs w:val="24"/>
        </w:rPr>
      </w:pPr>
      <w:r>
        <w:rPr>
          <w:rFonts w:ascii="Aptos" w:hAnsi="Aptos"/>
          <w:sz w:val="24"/>
          <w:szCs w:val="24"/>
        </w:rPr>
        <w:t>After reviewing the rules, the biter is allowed to rejoin the group.</w:t>
      </w:r>
    </w:p>
    <w:p w:rsidR="00E02C8B" w:rsidRPr="00E02C8B" w:rsidRDefault="00E02C8B" w:rsidP="00E02C8B">
      <w:pPr>
        <w:pStyle w:val="ListParagraph"/>
        <w:numPr>
          <w:ilvl w:val="0"/>
          <w:numId w:val="24"/>
        </w:numPr>
        <w:spacing w:after="0"/>
        <w:rPr>
          <w:rFonts w:ascii="Aptos" w:hAnsi="Aptos"/>
          <w:sz w:val="24"/>
          <w:szCs w:val="24"/>
        </w:rPr>
      </w:pPr>
      <w:r>
        <w:rPr>
          <w:rFonts w:ascii="Aptos" w:hAnsi="Aptos"/>
          <w:sz w:val="24"/>
          <w:szCs w:val="24"/>
        </w:rPr>
        <w:t xml:space="preserve">An incident report is written, and classroom dynamics are reviewed to help prevent future incidents.  </w:t>
      </w:r>
    </w:p>
    <w:p w:rsidR="006B2DB8" w:rsidRDefault="006B2DB8" w:rsidP="006B2DB8">
      <w:pPr>
        <w:spacing w:after="0"/>
        <w:jc w:val="center"/>
        <w:rPr>
          <w:rFonts w:ascii="Aptos" w:hAnsi="Aptos"/>
          <w:b/>
          <w:bCs/>
          <w:sz w:val="24"/>
          <w:szCs w:val="24"/>
        </w:rPr>
      </w:pPr>
      <w:r>
        <w:rPr>
          <w:rFonts w:ascii="Aptos" w:hAnsi="Aptos"/>
          <w:b/>
          <w:bCs/>
          <w:sz w:val="24"/>
          <w:szCs w:val="24"/>
        </w:rPr>
        <w:t>8</w:t>
      </w:r>
    </w:p>
    <w:p w:rsidR="00DD69CB" w:rsidRDefault="00DD69CB" w:rsidP="00DD0B70">
      <w:pPr>
        <w:spacing w:after="0"/>
        <w:rPr>
          <w:rFonts w:ascii="Aptos" w:hAnsi="Aptos"/>
          <w:b/>
          <w:bCs/>
          <w:sz w:val="24"/>
          <w:szCs w:val="24"/>
        </w:rPr>
      </w:pPr>
    </w:p>
    <w:p w:rsidR="00DD69CB" w:rsidRDefault="00DD69CB" w:rsidP="00DD0B70">
      <w:pPr>
        <w:spacing w:after="0"/>
        <w:rPr>
          <w:rFonts w:ascii="Aptos" w:hAnsi="Aptos"/>
          <w:b/>
          <w:bCs/>
          <w:sz w:val="24"/>
          <w:szCs w:val="24"/>
        </w:rPr>
      </w:pPr>
    </w:p>
    <w:p w:rsidR="00DD69CB" w:rsidRDefault="00DD69CB" w:rsidP="00DD0B70">
      <w:pPr>
        <w:spacing w:after="0"/>
        <w:rPr>
          <w:rFonts w:ascii="Aptos" w:hAnsi="Aptos"/>
          <w:b/>
          <w:bCs/>
          <w:sz w:val="24"/>
          <w:szCs w:val="24"/>
        </w:rPr>
      </w:pPr>
    </w:p>
    <w:p w:rsidR="00DD69CB" w:rsidRDefault="00DD69CB" w:rsidP="00DD0B70">
      <w:pPr>
        <w:spacing w:after="0"/>
        <w:rPr>
          <w:rFonts w:ascii="Aptos" w:hAnsi="Aptos"/>
          <w:b/>
          <w:bCs/>
          <w:sz w:val="24"/>
          <w:szCs w:val="24"/>
        </w:rPr>
      </w:pPr>
    </w:p>
    <w:p w:rsidR="00DD69CB" w:rsidRDefault="00DD69CB" w:rsidP="00DD0B70">
      <w:pPr>
        <w:spacing w:after="0"/>
        <w:rPr>
          <w:rFonts w:ascii="Aptos" w:hAnsi="Aptos"/>
          <w:b/>
          <w:bCs/>
          <w:sz w:val="24"/>
          <w:szCs w:val="24"/>
        </w:rPr>
      </w:pPr>
    </w:p>
    <w:p w:rsidR="00E02C8B" w:rsidRDefault="00E02C8B" w:rsidP="00DD0B70">
      <w:pPr>
        <w:spacing w:after="0"/>
        <w:rPr>
          <w:rFonts w:ascii="Aptos" w:hAnsi="Aptos"/>
          <w:b/>
          <w:bCs/>
          <w:sz w:val="24"/>
          <w:szCs w:val="24"/>
        </w:rPr>
      </w:pPr>
      <w:r>
        <w:rPr>
          <w:rFonts w:ascii="Aptos" w:hAnsi="Aptos"/>
          <w:b/>
          <w:bCs/>
          <w:sz w:val="24"/>
          <w:szCs w:val="24"/>
        </w:rPr>
        <w:t>Medication</w:t>
      </w:r>
    </w:p>
    <w:p w:rsidR="00E02C8B" w:rsidRDefault="00E02C8B" w:rsidP="00DD0B70">
      <w:pPr>
        <w:spacing w:after="0"/>
        <w:rPr>
          <w:rFonts w:ascii="Aptos" w:hAnsi="Aptos"/>
          <w:sz w:val="24"/>
          <w:szCs w:val="24"/>
        </w:rPr>
      </w:pPr>
      <w:r>
        <w:rPr>
          <w:rFonts w:ascii="Aptos" w:hAnsi="Aptos"/>
          <w:sz w:val="24"/>
          <w:szCs w:val="24"/>
        </w:rPr>
        <w:t xml:space="preserve">As a half-day program (not a childcare facility), </w:t>
      </w:r>
      <w:r>
        <w:rPr>
          <w:rFonts w:ascii="Aptos" w:hAnsi="Aptos"/>
          <w:b/>
          <w:bCs/>
          <w:sz w:val="24"/>
          <w:szCs w:val="24"/>
        </w:rPr>
        <w:t xml:space="preserve">we do not administer medication, </w:t>
      </w:r>
      <w:r>
        <w:rPr>
          <w:rFonts w:ascii="Aptos" w:hAnsi="Aptos"/>
          <w:sz w:val="24"/>
          <w:szCs w:val="24"/>
        </w:rPr>
        <w:t>prescription</w:t>
      </w:r>
      <w:r w:rsidR="00DD0B70">
        <w:rPr>
          <w:rFonts w:ascii="Aptos" w:hAnsi="Aptos"/>
          <w:sz w:val="24"/>
          <w:szCs w:val="24"/>
        </w:rPr>
        <w:t>,</w:t>
      </w:r>
      <w:r>
        <w:rPr>
          <w:rFonts w:ascii="Aptos" w:hAnsi="Aptos"/>
          <w:sz w:val="24"/>
          <w:szCs w:val="24"/>
        </w:rPr>
        <w:t xml:space="preserve"> or non-prescription.</w:t>
      </w:r>
    </w:p>
    <w:p w:rsidR="00E02C8B" w:rsidRDefault="00E02C8B" w:rsidP="008C0689">
      <w:pPr>
        <w:spacing w:after="0"/>
        <w:ind w:left="360"/>
        <w:rPr>
          <w:rFonts w:ascii="Aptos" w:hAnsi="Aptos"/>
          <w:sz w:val="24"/>
          <w:szCs w:val="24"/>
        </w:rPr>
      </w:pPr>
      <w:r>
        <w:rPr>
          <w:rFonts w:ascii="Aptos" w:hAnsi="Aptos"/>
          <w:b/>
          <w:bCs/>
          <w:sz w:val="24"/>
          <w:szCs w:val="24"/>
        </w:rPr>
        <w:t>Exceptions:</w:t>
      </w:r>
      <w:r>
        <w:rPr>
          <w:rFonts w:ascii="Aptos" w:hAnsi="Aptos"/>
          <w:sz w:val="24"/>
          <w:szCs w:val="24"/>
        </w:rPr>
        <w:t xml:space="preserve">  Emergency use of prescribed inhalers and Epi-Pens, with a signed doctor’s form.</w:t>
      </w:r>
    </w:p>
    <w:p w:rsidR="0064076D" w:rsidRDefault="0064076D" w:rsidP="008C0689">
      <w:pPr>
        <w:spacing w:after="0"/>
        <w:ind w:left="360"/>
        <w:rPr>
          <w:rFonts w:ascii="Aptos" w:hAnsi="Aptos"/>
          <w:sz w:val="24"/>
          <w:szCs w:val="24"/>
        </w:rPr>
      </w:pPr>
      <w:r>
        <w:rPr>
          <w:rFonts w:ascii="Aptos" w:hAnsi="Aptos"/>
          <w:b/>
          <w:bCs/>
          <w:sz w:val="24"/>
          <w:szCs w:val="24"/>
        </w:rPr>
        <w:t>A Medication Authorization Form is required, signed by the parent/guardian</w:t>
      </w:r>
      <w:r w:rsidR="006B2DB8">
        <w:rPr>
          <w:rFonts w:ascii="Aptos" w:hAnsi="Aptos"/>
          <w:b/>
          <w:bCs/>
          <w:sz w:val="24"/>
          <w:szCs w:val="24"/>
        </w:rPr>
        <w:t xml:space="preserve"> as well.</w:t>
      </w:r>
    </w:p>
    <w:p w:rsidR="00DD0B70" w:rsidRPr="00DD0B70" w:rsidRDefault="00DD0B70" w:rsidP="008C0689">
      <w:pPr>
        <w:spacing w:after="0"/>
        <w:ind w:left="360"/>
        <w:rPr>
          <w:rFonts w:ascii="Aptos" w:hAnsi="Aptos"/>
          <w:sz w:val="24"/>
          <w:szCs w:val="24"/>
        </w:rPr>
      </w:pPr>
      <w:r>
        <w:rPr>
          <w:rFonts w:ascii="Aptos" w:hAnsi="Aptos"/>
          <w:b/>
          <w:bCs/>
          <w:sz w:val="24"/>
          <w:szCs w:val="24"/>
        </w:rPr>
        <w:t>Please inform staff</w:t>
      </w:r>
      <w:r>
        <w:rPr>
          <w:rFonts w:ascii="Aptos" w:hAnsi="Aptos"/>
          <w:sz w:val="24"/>
          <w:szCs w:val="24"/>
        </w:rPr>
        <w:t xml:space="preserve"> if your child is taking medication so that we can monitor for any adverse reactions or help them </w:t>
      </w:r>
      <w:r w:rsidR="006B2DB8">
        <w:rPr>
          <w:rFonts w:ascii="Aptos" w:hAnsi="Aptos"/>
          <w:sz w:val="24"/>
          <w:szCs w:val="24"/>
        </w:rPr>
        <w:t>manage</w:t>
      </w:r>
      <w:r>
        <w:rPr>
          <w:rFonts w:ascii="Aptos" w:hAnsi="Aptos"/>
          <w:sz w:val="24"/>
          <w:szCs w:val="24"/>
        </w:rPr>
        <w:t xml:space="preserve"> symptoms such as fatigue, irritability, or excitability caused by the medication.</w:t>
      </w:r>
    </w:p>
    <w:p w:rsidR="008C0689" w:rsidRPr="008C0689" w:rsidRDefault="008C0689" w:rsidP="008C0689">
      <w:pPr>
        <w:spacing w:after="0"/>
        <w:ind w:left="360"/>
        <w:rPr>
          <w:rFonts w:ascii="Aptos" w:hAnsi="Aptos"/>
          <w:sz w:val="24"/>
          <w:szCs w:val="24"/>
        </w:rPr>
      </w:pPr>
    </w:p>
    <w:p w:rsidR="00847E81" w:rsidRDefault="00DD0B70" w:rsidP="00885EC1">
      <w:pPr>
        <w:spacing w:after="0"/>
        <w:rPr>
          <w:rFonts w:ascii="Aptos" w:hAnsi="Aptos"/>
          <w:sz w:val="24"/>
          <w:szCs w:val="24"/>
        </w:rPr>
      </w:pPr>
      <w:r>
        <w:rPr>
          <w:rFonts w:ascii="Aptos" w:hAnsi="Aptos"/>
          <w:b/>
          <w:bCs/>
          <w:sz w:val="24"/>
          <w:szCs w:val="24"/>
        </w:rPr>
        <w:t>General Safety</w:t>
      </w:r>
    </w:p>
    <w:p w:rsidR="00DD0B70" w:rsidRDefault="00DD0B70" w:rsidP="00885EC1">
      <w:pPr>
        <w:spacing w:after="0"/>
        <w:rPr>
          <w:rFonts w:ascii="Aptos" w:hAnsi="Aptos"/>
          <w:sz w:val="24"/>
          <w:szCs w:val="24"/>
        </w:rPr>
      </w:pPr>
      <w:r>
        <w:rPr>
          <w:rFonts w:ascii="Aptos" w:hAnsi="Aptos"/>
          <w:sz w:val="24"/>
          <w:szCs w:val="24"/>
        </w:rPr>
        <w:t xml:space="preserve">Our goal is to provide the safest environment possible for every child who enters our doors.  Over the years, </w:t>
      </w:r>
      <w:r w:rsidR="006B2DB8">
        <w:rPr>
          <w:rFonts w:ascii="Aptos" w:hAnsi="Aptos"/>
          <w:sz w:val="24"/>
          <w:szCs w:val="24"/>
        </w:rPr>
        <w:t xml:space="preserve">based on </w:t>
      </w:r>
      <w:r>
        <w:rPr>
          <w:rFonts w:ascii="Aptos" w:hAnsi="Aptos"/>
          <w:sz w:val="24"/>
          <w:szCs w:val="24"/>
        </w:rPr>
        <w:t>reviews of injuries and incidents, we have established several specific policies.</w:t>
      </w:r>
    </w:p>
    <w:p w:rsidR="00DD0B70" w:rsidRDefault="00DD0B70" w:rsidP="00DD0B70">
      <w:pPr>
        <w:pStyle w:val="ListParagraph"/>
        <w:numPr>
          <w:ilvl w:val="0"/>
          <w:numId w:val="25"/>
        </w:numPr>
        <w:spacing w:after="0"/>
        <w:rPr>
          <w:rFonts w:ascii="Aptos" w:hAnsi="Aptos"/>
          <w:sz w:val="24"/>
          <w:szCs w:val="24"/>
        </w:rPr>
      </w:pPr>
      <w:r>
        <w:rPr>
          <w:rFonts w:ascii="Aptos" w:hAnsi="Aptos"/>
          <w:b/>
          <w:bCs/>
          <w:sz w:val="24"/>
          <w:szCs w:val="24"/>
        </w:rPr>
        <w:t>Clothing:</w:t>
      </w:r>
      <w:r>
        <w:rPr>
          <w:rFonts w:ascii="Aptos" w:hAnsi="Aptos"/>
          <w:sz w:val="24"/>
          <w:szCs w:val="24"/>
        </w:rPr>
        <w:t xml:space="preserve">  Please ensure that your child’s clothing is:</w:t>
      </w:r>
    </w:p>
    <w:p w:rsidR="00DD0B70" w:rsidRDefault="00DD0B70" w:rsidP="00DD0B70">
      <w:pPr>
        <w:pStyle w:val="ListParagraph"/>
        <w:numPr>
          <w:ilvl w:val="1"/>
          <w:numId w:val="25"/>
        </w:numPr>
        <w:spacing w:after="0"/>
        <w:rPr>
          <w:rFonts w:ascii="Aptos" w:hAnsi="Aptos"/>
          <w:sz w:val="24"/>
          <w:szCs w:val="24"/>
        </w:rPr>
      </w:pPr>
      <w:r>
        <w:rPr>
          <w:rFonts w:ascii="Aptos" w:hAnsi="Aptos"/>
          <w:sz w:val="24"/>
          <w:szCs w:val="24"/>
        </w:rPr>
        <w:t>Comfortable, washable, and allows for self-dressing.</w:t>
      </w:r>
    </w:p>
    <w:p w:rsidR="00DD0B70" w:rsidRDefault="00DD0B70" w:rsidP="00DD0B70">
      <w:pPr>
        <w:pStyle w:val="ListParagraph"/>
        <w:numPr>
          <w:ilvl w:val="1"/>
          <w:numId w:val="25"/>
        </w:numPr>
        <w:spacing w:after="0"/>
        <w:rPr>
          <w:rFonts w:ascii="Aptos" w:hAnsi="Aptos"/>
          <w:sz w:val="24"/>
          <w:szCs w:val="24"/>
        </w:rPr>
      </w:pPr>
      <w:r>
        <w:rPr>
          <w:rFonts w:ascii="Aptos" w:hAnsi="Aptos"/>
          <w:sz w:val="24"/>
          <w:szCs w:val="24"/>
        </w:rPr>
        <w:t>Is marked with your child’s name</w:t>
      </w:r>
      <w:r w:rsidR="00C428D3">
        <w:rPr>
          <w:rFonts w:ascii="Aptos" w:hAnsi="Aptos"/>
          <w:sz w:val="24"/>
          <w:szCs w:val="24"/>
        </w:rPr>
        <w:t xml:space="preserve"> (especially jackets, sweaters, hats, etc.)</w:t>
      </w:r>
    </w:p>
    <w:p w:rsidR="006B2DB8" w:rsidRDefault="006B2DB8" w:rsidP="00DD0B70">
      <w:pPr>
        <w:pStyle w:val="ListParagraph"/>
        <w:numPr>
          <w:ilvl w:val="1"/>
          <w:numId w:val="25"/>
        </w:numPr>
        <w:spacing w:after="0"/>
        <w:rPr>
          <w:rFonts w:ascii="Aptos" w:hAnsi="Aptos"/>
          <w:sz w:val="24"/>
          <w:szCs w:val="24"/>
        </w:rPr>
      </w:pPr>
      <w:r>
        <w:rPr>
          <w:rFonts w:ascii="Aptos" w:hAnsi="Aptos"/>
          <w:sz w:val="24"/>
          <w:szCs w:val="24"/>
        </w:rPr>
        <w:t>It i</w:t>
      </w:r>
      <w:r w:rsidR="00C428D3">
        <w:rPr>
          <w:rFonts w:ascii="Aptos" w:hAnsi="Aptos"/>
          <w:sz w:val="24"/>
          <w:szCs w:val="24"/>
        </w:rPr>
        <w:t xml:space="preserve">s appropriate for arts and crafts and outdoor play.  </w:t>
      </w:r>
    </w:p>
    <w:p w:rsidR="00C428D3" w:rsidRDefault="006B2DB8" w:rsidP="00DD0B70">
      <w:pPr>
        <w:pStyle w:val="ListParagraph"/>
        <w:numPr>
          <w:ilvl w:val="1"/>
          <w:numId w:val="25"/>
        </w:numPr>
        <w:spacing w:after="0"/>
        <w:rPr>
          <w:rFonts w:ascii="Aptos" w:hAnsi="Aptos"/>
          <w:sz w:val="24"/>
          <w:szCs w:val="24"/>
        </w:rPr>
      </w:pPr>
      <w:r>
        <w:rPr>
          <w:rFonts w:ascii="Aptos" w:hAnsi="Aptos"/>
          <w:sz w:val="24"/>
          <w:szCs w:val="24"/>
        </w:rPr>
        <w:t>Free of n</w:t>
      </w:r>
      <w:r w:rsidR="00C428D3">
        <w:rPr>
          <w:rFonts w:ascii="Aptos" w:hAnsi="Aptos"/>
          <w:sz w:val="24"/>
          <w:szCs w:val="24"/>
        </w:rPr>
        <w:t>ecklaces and dangling strings</w:t>
      </w:r>
      <w:r>
        <w:rPr>
          <w:rFonts w:ascii="Aptos" w:hAnsi="Aptos"/>
          <w:sz w:val="24"/>
          <w:szCs w:val="24"/>
        </w:rPr>
        <w:t xml:space="preserve">, which </w:t>
      </w:r>
      <w:r w:rsidR="00C428D3">
        <w:rPr>
          <w:rFonts w:ascii="Aptos" w:hAnsi="Aptos"/>
          <w:sz w:val="24"/>
          <w:szCs w:val="24"/>
        </w:rPr>
        <w:t xml:space="preserve">are hazardous on the playground </w:t>
      </w:r>
      <w:r>
        <w:rPr>
          <w:rFonts w:ascii="Aptos" w:hAnsi="Aptos"/>
          <w:sz w:val="24"/>
          <w:szCs w:val="24"/>
        </w:rPr>
        <w:t>equ</w:t>
      </w:r>
      <w:r w:rsidR="00C428D3">
        <w:rPr>
          <w:rFonts w:ascii="Aptos" w:hAnsi="Aptos"/>
          <w:sz w:val="24"/>
          <w:szCs w:val="24"/>
        </w:rPr>
        <w:t xml:space="preserve">ipment. </w:t>
      </w:r>
    </w:p>
    <w:p w:rsidR="00C428D3" w:rsidRDefault="006B2DB8" w:rsidP="00DD0B70">
      <w:pPr>
        <w:pStyle w:val="ListParagraph"/>
        <w:numPr>
          <w:ilvl w:val="1"/>
          <w:numId w:val="25"/>
        </w:numPr>
        <w:spacing w:after="0"/>
        <w:rPr>
          <w:rFonts w:ascii="Aptos" w:hAnsi="Aptos"/>
          <w:sz w:val="24"/>
          <w:szCs w:val="24"/>
        </w:rPr>
      </w:pPr>
      <w:r>
        <w:rPr>
          <w:rFonts w:ascii="Aptos" w:hAnsi="Aptos"/>
          <w:sz w:val="24"/>
          <w:szCs w:val="24"/>
        </w:rPr>
        <w:t>Limited to</w:t>
      </w:r>
      <w:r w:rsidR="00C428D3">
        <w:rPr>
          <w:rFonts w:ascii="Aptos" w:hAnsi="Aptos"/>
          <w:sz w:val="24"/>
          <w:szCs w:val="24"/>
        </w:rPr>
        <w:t xml:space="preserve"> rubber-soled, closed-toed shoes </w:t>
      </w:r>
      <w:r>
        <w:rPr>
          <w:rFonts w:ascii="Aptos" w:hAnsi="Aptos"/>
          <w:sz w:val="24"/>
          <w:szCs w:val="24"/>
        </w:rPr>
        <w:t>only</w:t>
      </w:r>
      <w:r w:rsidR="00C428D3">
        <w:rPr>
          <w:rFonts w:ascii="Aptos" w:hAnsi="Aptos"/>
          <w:sz w:val="24"/>
          <w:szCs w:val="24"/>
        </w:rPr>
        <w:t xml:space="preserve">.  Dress shoes, sandals, hard-soled shoes, jelly shoes, and boots are not </w:t>
      </w:r>
      <w:r>
        <w:rPr>
          <w:rFonts w:ascii="Aptos" w:hAnsi="Aptos"/>
          <w:sz w:val="24"/>
          <w:szCs w:val="24"/>
        </w:rPr>
        <w:t>permitted,</w:t>
      </w:r>
      <w:r w:rsidR="00C428D3">
        <w:rPr>
          <w:rFonts w:ascii="Aptos" w:hAnsi="Aptos"/>
          <w:sz w:val="24"/>
          <w:szCs w:val="24"/>
        </w:rPr>
        <w:t xml:space="preserve"> as they </w:t>
      </w:r>
      <w:r>
        <w:rPr>
          <w:rFonts w:ascii="Aptos" w:hAnsi="Aptos"/>
          <w:sz w:val="24"/>
          <w:szCs w:val="24"/>
        </w:rPr>
        <w:t xml:space="preserve">pose risks </w:t>
      </w:r>
      <w:r w:rsidR="00C428D3">
        <w:rPr>
          <w:rFonts w:ascii="Aptos" w:hAnsi="Aptos"/>
          <w:sz w:val="24"/>
          <w:szCs w:val="24"/>
        </w:rPr>
        <w:t xml:space="preserve">on steps, ladders, and tiled floors.  </w:t>
      </w:r>
    </w:p>
    <w:p w:rsidR="00C428D3" w:rsidRDefault="006B2DB8" w:rsidP="00DD0B70">
      <w:pPr>
        <w:pStyle w:val="ListParagraph"/>
        <w:numPr>
          <w:ilvl w:val="1"/>
          <w:numId w:val="25"/>
        </w:numPr>
        <w:spacing w:after="0"/>
        <w:rPr>
          <w:rFonts w:ascii="Aptos" w:hAnsi="Aptos"/>
          <w:sz w:val="24"/>
          <w:szCs w:val="24"/>
        </w:rPr>
      </w:pPr>
      <w:r>
        <w:rPr>
          <w:rFonts w:ascii="Aptos" w:hAnsi="Aptos"/>
          <w:sz w:val="24"/>
          <w:szCs w:val="24"/>
        </w:rPr>
        <w:t xml:space="preserve">Free of </w:t>
      </w:r>
      <w:r w:rsidR="00C428D3">
        <w:rPr>
          <w:rFonts w:ascii="Aptos" w:hAnsi="Aptos"/>
          <w:sz w:val="24"/>
          <w:szCs w:val="24"/>
        </w:rPr>
        <w:t>overalls, belts, straps, and fasteners</w:t>
      </w:r>
      <w:r>
        <w:rPr>
          <w:rFonts w:ascii="Aptos" w:hAnsi="Aptos"/>
          <w:sz w:val="24"/>
          <w:szCs w:val="24"/>
        </w:rPr>
        <w:t>,</w:t>
      </w:r>
      <w:r w:rsidR="00C428D3">
        <w:rPr>
          <w:rFonts w:ascii="Aptos" w:hAnsi="Aptos"/>
          <w:sz w:val="24"/>
          <w:szCs w:val="24"/>
        </w:rPr>
        <w:t xml:space="preserve"> </w:t>
      </w:r>
      <w:r>
        <w:rPr>
          <w:rFonts w:ascii="Aptos" w:hAnsi="Aptos"/>
          <w:sz w:val="24"/>
          <w:szCs w:val="24"/>
        </w:rPr>
        <w:t>as</w:t>
      </w:r>
      <w:r w:rsidR="00C428D3">
        <w:rPr>
          <w:rFonts w:ascii="Aptos" w:hAnsi="Aptos"/>
          <w:sz w:val="24"/>
          <w:szCs w:val="24"/>
        </w:rPr>
        <w:t xml:space="preserve"> your child cannot manage </w:t>
      </w:r>
      <w:r>
        <w:rPr>
          <w:rFonts w:ascii="Aptos" w:hAnsi="Aptos"/>
          <w:sz w:val="24"/>
          <w:szCs w:val="24"/>
        </w:rPr>
        <w:t>independently</w:t>
      </w:r>
      <w:r w:rsidR="00C428D3">
        <w:rPr>
          <w:rFonts w:ascii="Aptos" w:hAnsi="Aptos"/>
          <w:sz w:val="24"/>
          <w:szCs w:val="24"/>
        </w:rPr>
        <w:t>.</w:t>
      </w:r>
    </w:p>
    <w:p w:rsidR="00C428D3" w:rsidRDefault="006B2DB8" w:rsidP="00DD0B70">
      <w:pPr>
        <w:pStyle w:val="ListParagraph"/>
        <w:numPr>
          <w:ilvl w:val="1"/>
          <w:numId w:val="25"/>
        </w:numPr>
        <w:spacing w:after="0"/>
        <w:rPr>
          <w:rFonts w:ascii="Aptos" w:hAnsi="Aptos"/>
          <w:sz w:val="24"/>
          <w:szCs w:val="24"/>
        </w:rPr>
      </w:pPr>
      <w:r>
        <w:rPr>
          <w:rFonts w:ascii="Aptos" w:hAnsi="Aptos"/>
          <w:sz w:val="24"/>
          <w:szCs w:val="24"/>
        </w:rPr>
        <w:t>U</w:t>
      </w:r>
      <w:r w:rsidR="00C428D3">
        <w:rPr>
          <w:rFonts w:ascii="Aptos" w:hAnsi="Aptos"/>
          <w:sz w:val="24"/>
          <w:szCs w:val="24"/>
        </w:rPr>
        <w:t xml:space="preserve">mbrellas </w:t>
      </w:r>
      <w:r>
        <w:rPr>
          <w:rFonts w:ascii="Aptos" w:hAnsi="Aptos"/>
          <w:sz w:val="24"/>
          <w:szCs w:val="24"/>
        </w:rPr>
        <w:t xml:space="preserve">should be left </w:t>
      </w:r>
      <w:r w:rsidR="00C428D3">
        <w:rPr>
          <w:rFonts w:ascii="Aptos" w:hAnsi="Aptos"/>
          <w:sz w:val="24"/>
          <w:szCs w:val="24"/>
        </w:rPr>
        <w:t>at home</w:t>
      </w:r>
      <w:r>
        <w:rPr>
          <w:rFonts w:ascii="Aptos" w:hAnsi="Aptos"/>
          <w:sz w:val="24"/>
          <w:szCs w:val="24"/>
        </w:rPr>
        <w:t>, as t</w:t>
      </w:r>
      <w:r w:rsidR="00C428D3">
        <w:rPr>
          <w:rFonts w:ascii="Aptos" w:hAnsi="Aptos"/>
          <w:sz w:val="24"/>
          <w:szCs w:val="24"/>
        </w:rPr>
        <w:t xml:space="preserve">hey are unsafe in group </w:t>
      </w:r>
      <w:r>
        <w:rPr>
          <w:rFonts w:ascii="Aptos" w:hAnsi="Aptos"/>
          <w:sz w:val="24"/>
          <w:szCs w:val="24"/>
        </w:rPr>
        <w:t>settings</w:t>
      </w:r>
      <w:r w:rsidR="00C428D3">
        <w:rPr>
          <w:rFonts w:ascii="Aptos" w:hAnsi="Aptos"/>
          <w:sz w:val="24"/>
          <w:szCs w:val="24"/>
        </w:rPr>
        <w:t>.</w:t>
      </w:r>
    </w:p>
    <w:p w:rsidR="00C428D3" w:rsidRDefault="00C428D3" w:rsidP="00C428D3">
      <w:pPr>
        <w:spacing w:after="0"/>
        <w:rPr>
          <w:rFonts w:ascii="Aptos" w:hAnsi="Aptos"/>
          <w:sz w:val="24"/>
          <w:szCs w:val="24"/>
        </w:rPr>
      </w:pPr>
    </w:p>
    <w:p w:rsidR="00C428D3" w:rsidRPr="00C428D3" w:rsidRDefault="00C428D3" w:rsidP="00C428D3">
      <w:pPr>
        <w:pStyle w:val="ListParagraph"/>
        <w:numPr>
          <w:ilvl w:val="0"/>
          <w:numId w:val="25"/>
        </w:numPr>
        <w:spacing w:after="0"/>
        <w:rPr>
          <w:rFonts w:ascii="Aptos" w:hAnsi="Aptos"/>
          <w:sz w:val="24"/>
          <w:szCs w:val="24"/>
        </w:rPr>
      </w:pPr>
      <w:r w:rsidRPr="00C428D3">
        <w:rPr>
          <w:rFonts w:ascii="Aptos" w:hAnsi="Aptos"/>
          <w:b/>
          <w:bCs/>
          <w:sz w:val="24"/>
          <w:szCs w:val="24"/>
        </w:rPr>
        <w:t>Toys</w:t>
      </w:r>
    </w:p>
    <w:p w:rsidR="00C428D3" w:rsidRDefault="00243794" w:rsidP="00C428D3">
      <w:pPr>
        <w:pStyle w:val="ListParagraph"/>
        <w:numPr>
          <w:ilvl w:val="1"/>
          <w:numId w:val="25"/>
        </w:numPr>
        <w:spacing w:after="0"/>
        <w:rPr>
          <w:rFonts w:ascii="Aptos" w:hAnsi="Aptos"/>
          <w:sz w:val="24"/>
          <w:szCs w:val="24"/>
        </w:rPr>
      </w:pPr>
      <w:r>
        <w:rPr>
          <w:rFonts w:ascii="Aptos" w:hAnsi="Aptos"/>
          <w:sz w:val="24"/>
          <w:szCs w:val="24"/>
        </w:rPr>
        <w:t>Toys that could hurt another child, such as g</w:t>
      </w:r>
      <w:r w:rsidR="00C428D3">
        <w:rPr>
          <w:rFonts w:ascii="Aptos" w:hAnsi="Aptos"/>
          <w:sz w:val="24"/>
          <w:szCs w:val="24"/>
        </w:rPr>
        <w:t>uns</w:t>
      </w:r>
      <w:r>
        <w:rPr>
          <w:rFonts w:ascii="Aptos" w:hAnsi="Aptos"/>
          <w:sz w:val="24"/>
          <w:szCs w:val="24"/>
        </w:rPr>
        <w:t xml:space="preserve"> or</w:t>
      </w:r>
      <w:r w:rsidR="00C428D3">
        <w:rPr>
          <w:rFonts w:ascii="Aptos" w:hAnsi="Aptos"/>
          <w:sz w:val="24"/>
          <w:szCs w:val="24"/>
        </w:rPr>
        <w:t xml:space="preserve"> swords, are </w:t>
      </w:r>
      <w:r w:rsidR="00C428D3">
        <w:rPr>
          <w:rFonts w:ascii="Aptos" w:hAnsi="Aptos"/>
          <w:b/>
          <w:bCs/>
          <w:sz w:val="24"/>
          <w:szCs w:val="24"/>
        </w:rPr>
        <w:t>not</w:t>
      </w:r>
      <w:r w:rsidR="00C428D3">
        <w:rPr>
          <w:rFonts w:ascii="Aptos" w:hAnsi="Aptos"/>
          <w:sz w:val="24"/>
          <w:szCs w:val="24"/>
        </w:rPr>
        <w:t xml:space="preserve"> allowed.  </w:t>
      </w:r>
    </w:p>
    <w:p w:rsidR="00C428D3" w:rsidRDefault="00C428D3" w:rsidP="00C428D3">
      <w:pPr>
        <w:pStyle w:val="ListParagraph"/>
        <w:numPr>
          <w:ilvl w:val="1"/>
          <w:numId w:val="25"/>
        </w:numPr>
        <w:spacing w:after="0"/>
        <w:rPr>
          <w:rFonts w:ascii="Aptos" w:hAnsi="Aptos"/>
          <w:sz w:val="24"/>
          <w:szCs w:val="24"/>
        </w:rPr>
      </w:pPr>
      <w:r>
        <w:rPr>
          <w:rFonts w:ascii="Aptos" w:hAnsi="Aptos"/>
          <w:sz w:val="24"/>
          <w:szCs w:val="24"/>
        </w:rPr>
        <w:t xml:space="preserve">Sharing is </w:t>
      </w:r>
      <w:r w:rsidR="00243794">
        <w:rPr>
          <w:rFonts w:ascii="Aptos" w:hAnsi="Aptos"/>
          <w:sz w:val="24"/>
          <w:szCs w:val="24"/>
        </w:rPr>
        <w:t>challenging</w:t>
      </w:r>
      <w:r>
        <w:rPr>
          <w:rFonts w:ascii="Aptos" w:hAnsi="Aptos"/>
          <w:sz w:val="24"/>
          <w:szCs w:val="24"/>
        </w:rPr>
        <w:t xml:space="preserve"> at this age, and </w:t>
      </w:r>
      <w:r w:rsidR="00E03A09">
        <w:rPr>
          <w:rFonts w:ascii="Aptos" w:hAnsi="Aptos"/>
          <w:sz w:val="24"/>
          <w:szCs w:val="24"/>
        </w:rPr>
        <w:t>t</w:t>
      </w:r>
      <w:r>
        <w:rPr>
          <w:rFonts w:ascii="Aptos" w:hAnsi="Aptos"/>
          <w:sz w:val="24"/>
          <w:szCs w:val="24"/>
        </w:rPr>
        <w:t xml:space="preserve">oys can </w:t>
      </w:r>
      <w:r w:rsidR="00E03A09">
        <w:rPr>
          <w:rFonts w:ascii="Aptos" w:hAnsi="Aptos"/>
          <w:sz w:val="24"/>
          <w:szCs w:val="24"/>
        </w:rPr>
        <w:t xml:space="preserve">be </w:t>
      </w:r>
      <w:r>
        <w:rPr>
          <w:rFonts w:ascii="Aptos" w:hAnsi="Aptos"/>
          <w:sz w:val="24"/>
          <w:szCs w:val="24"/>
        </w:rPr>
        <w:t xml:space="preserve">easily </w:t>
      </w:r>
      <w:r w:rsidR="00E03A09">
        <w:rPr>
          <w:rFonts w:ascii="Aptos" w:hAnsi="Aptos"/>
          <w:sz w:val="24"/>
          <w:szCs w:val="24"/>
        </w:rPr>
        <w:t>misp</w:t>
      </w:r>
      <w:r>
        <w:rPr>
          <w:rFonts w:ascii="Aptos" w:hAnsi="Aptos"/>
          <w:sz w:val="24"/>
          <w:szCs w:val="24"/>
        </w:rPr>
        <w:t xml:space="preserve">laced.  Please help your child learn to leave their </w:t>
      </w:r>
      <w:r w:rsidR="00E03A09">
        <w:rPr>
          <w:rFonts w:ascii="Aptos" w:hAnsi="Aptos"/>
          <w:sz w:val="24"/>
          <w:szCs w:val="24"/>
        </w:rPr>
        <w:t xml:space="preserve">personal </w:t>
      </w:r>
      <w:r>
        <w:rPr>
          <w:rFonts w:ascii="Aptos" w:hAnsi="Aptos"/>
          <w:sz w:val="24"/>
          <w:szCs w:val="24"/>
        </w:rPr>
        <w:t xml:space="preserve">toys at home.  </w:t>
      </w:r>
    </w:p>
    <w:p w:rsidR="00C428D3" w:rsidRDefault="00C428D3" w:rsidP="00C428D3">
      <w:pPr>
        <w:pStyle w:val="ListParagraph"/>
        <w:numPr>
          <w:ilvl w:val="1"/>
          <w:numId w:val="25"/>
        </w:numPr>
        <w:spacing w:after="0"/>
        <w:rPr>
          <w:rFonts w:ascii="Aptos" w:hAnsi="Aptos"/>
          <w:sz w:val="24"/>
          <w:szCs w:val="24"/>
        </w:rPr>
      </w:pPr>
      <w:r>
        <w:rPr>
          <w:rFonts w:ascii="Aptos" w:hAnsi="Aptos"/>
          <w:sz w:val="24"/>
          <w:szCs w:val="24"/>
        </w:rPr>
        <w:t xml:space="preserve">Some classes have show-and-tell days.  Please </w:t>
      </w:r>
      <w:r w:rsidR="00E03A09">
        <w:rPr>
          <w:rFonts w:ascii="Aptos" w:hAnsi="Aptos"/>
          <w:sz w:val="24"/>
          <w:szCs w:val="24"/>
        </w:rPr>
        <w:t xml:space="preserve">follow </w:t>
      </w:r>
      <w:r>
        <w:rPr>
          <w:rFonts w:ascii="Aptos" w:hAnsi="Aptos"/>
          <w:sz w:val="24"/>
          <w:szCs w:val="24"/>
        </w:rPr>
        <w:t>the above guidelines when helping your child choose items to bring.</w:t>
      </w:r>
    </w:p>
    <w:p w:rsidR="0064076D" w:rsidRDefault="0064076D" w:rsidP="0064076D">
      <w:pPr>
        <w:spacing w:after="0"/>
        <w:rPr>
          <w:rFonts w:ascii="Aptos" w:hAnsi="Aptos"/>
          <w:sz w:val="24"/>
          <w:szCs w:val="24"/>
        </w:rPr>
      </w:pPr>
    </w:p>
    <w:p w:rsidR="0064076D" w:rsidRDefault="0064076D" w:rsidP="0064076D">
      <w:pPr>
        <w:spacing w:after="0"/>
        <w:rPr>
          <w:rFonts w:ascii="Aptos" w:hAnsi="Aptos"/>
          <w:b/>
          <w:bCs/>
          <w:color w:val="0070C0"/>
          <w:sz w:val="28"/>
          <w:szCs w:val="28"/>
        </w:rPr>
      </w:pPr>
      <w:r>
        <w:rPr>
          <w:rFonts w:ascii="Aptos" w:hAnsi="Aptos"/>
          <w:b/>
          <w:bCs/>
          <w:color w:val="0070C0"/>
          <w:sz w:val="28"/>
          <w:szCs w:val="28"/>
        </w:rPr>
        <w:t>Emergency Procedures</w:t>
      </w:r>
    </w:p>
    <w:p w:rsidR="0064076D" w:rsidRDefault="0064076D" w:rsidP="0064076D">
      <w:pPr>
        <w:pStyle w:val="ListParagraph"/>
        <w:numPr>
          <w:ilvl w:val="0"/>
          <w:numId w:val="27"/>
        </w:numPr>
        <w:spacing w:after="0"/>
        <w:rPr>
          <w:rFonts w:ascii="Aptos" w:hAnsi="Aptos"/>
          <w:sz w:val="24"/>
          <w:szCs w:val="24"/>
        </w:rPr>
      </w:pPr>
      <w:r>
        <w:rPr>
          <w:rFonts w:ascii="Aptos" w:hAnsi="Aptos"/>
          <w:sz w:val="24"/>
          <w:szCs w:val="24"/>
        </w:rPr>
        <w:t xml:space="preserve">We utilize the RAVE Panic App for emergency services notification and </w:t>
      </w:r>
      <w:r w:rsidR="007568F3">
        <w:rPr>
          <w:rFonts w:ascii="Aptos" w:hAnsi="Aptos"/>
          <w:sz w:val="24"/>
          <w:szCs w:val="24"/>
        </w:rPr>
        <w:t>in</w:t>
      </w:r>
      <w:r w:rsidR="006327F5">
        <w:rPr>
          <w:rFonts w:ascii="Aptos" w:hAnsi="Aptos"/>
          <w:sz w:val="24"/>
          <w:szCs w:val="24"/>
        </w:rPr>
        <w:t>c</w:t>
      </w:r>
      <w:r w:rsidR="007568F3">
        <w:rPr>
          <w:rFonts w:ascii="Aptos" w:hAnsi="Aptos"/>
          <w:sz w:val="24"/>
          <w:szCs w:val="24"/>
        </w:rPr>
        <w:t xml:space="preserve">ident </w:t>
      </w:r>
      <w:r>
        <w:rPr>
          <w:rFonts w:ascii="Aptos" w:hAnsi="Aptos"/>
          <w:sz w:val="24"/>
          <w:szCs w:val="24"/>
        </w:rPr>
        <w:t>management</w:t>
      </w:r>
      <w:r w:rsidR="007568F3">
        <w:rPr>
          <w:rFonts w:ascii="Aptos" w:hAnsi="Aptos"/>
          <w:sz w:val="24"/>
          <w:szCs w:val="24"/>
        </w:rPr>
        <w:t xml:space="preserve"> in c</w:t>
      </w:r>
      <w:r w:rsidR="007A4160">
        <w:rPr>
          <w:rFonts w:ascii="Aptos" w:hAnsi="Aptos"/>
          <w:sz w:val="24"/>
          <w:szCs w:val="24"/>
        </w:rPr>
        <w:t>oordination</w:t>
      </w:r>
      <w:r w:rsidR="007568F3">
        <w:rPr>
          <w:rFonts w:ascii="Aptos" w:hAnsi="Aptos"/>
          <w:sz w:val="24"/>
          <w:szCs w:val="24"/>
        </w:rPr>
        <w:t xml:space="preserve"> with local emergency services.  </w:t>
      </w:r>
    </w:p>
    <w:p w:rsidR="0064076D" w:rsidRDefault="0064076D" w:rsidP="0064076D">
      <w:pPr>
        <w:pStyle w:val="ListParagraph"/>
        <w:numPr>
          <w:ilvl w:val="0"/>
          <w:numId w:val="27"/>
        </w:numPr>
        <w:spacing w:after="0"/>
        <w:rPr>
          <w:rFonts w:ascii="Aptos" w:hAnsi="Aptos"/>
          <w:sz w:val="24"/>
          <w:szCs w:val="24"/>
        </w:rPr>
      </w:pPr>
      <w:r>
        <w:rPr>
          <w:rFonts w:ascii="Aptos" w:hAnsi="Aptos"/>
          <w:sz w:val="24"/>
          <w:szCs w:val="24"/>
        </w:rPr>
        <w:t xml:space="preserve">Monthly </w:t>
      </w:r>
      <w:r w:rsidRPr="0064076D">
        <w:rPr>
          <w:rFonts w:ascii="Aptos" w:hAnsi="Aptos"/>
          <w:b/>
          <w:bCs/>
          <w:sz w:val="24"/>
          <w:szCs w:val="24"/>
        </w:rPr>
        <w:t>Fire Drills</w:t>
      </w:r>
      <w:r>
        <w:rPr>
          <w:rFonts w:ascii="Aptos" w:hAnsi="Aptos"/>
          <w:sz w:val="24"/>
          <w:szCs w:val="24"/>
        </w:rPr>
        <w:t xml:space="preserve">, a minimum of </w:t>
      </w:r>
      <w:r w:rsidR="007A4160">
        <w:rPr>
          <w:rFonts w:ascii="Aptos" w:hAnsi="Aptos"/>
          <w:sz w:val="24"/>
          <w:szCs w:val="24"/>
        </w:rPr>
        <w:t>two</w:t>
      </w:r>
      <w:r>
        <w:rPr>
          <w:rFonts w:ascii="Aptos" w:hAnsi="Aptos"/>
          <w:sz w:val="24"/>
          <w:szCs w:val="24"/>
        </w:rPr>
        <w:t xml:space="preserve"> </w:t>
      </w:r>
      <w:r w:rsidRPr="0064076D">
        <w:rPr>
          <w:rFonts w:ascii="Aptos" w:hAnsi="Aptos"/>
          <w:b/>
          <w:bCs/>
          <w:sz w:val="24"/>
          <w:szCs w:val="24"/>
        </w:rPr>
        <w:t>Shelter-in-Place Drills</w:t>
      </w:r>
      <w:r>
        <w:rPr>
          <w:rFonts w:ascii="Aptos" w:hAnsi="Aptos"/>
          <w:sz w:val="24"/>
          <w:szCs w:val="24"/>
        </w:rPr>
        <w:t xml:space="preserve">, </w:t>
      </w:r>
      <w:r w:rsidR="006327F5">
        <w:rPr>
          <w:rFonts w:ascii="Aptos" w:hAnsi="Aptos"/>
          <w:sz w:val="24"/>
          <w:szCs w:val="24"/>
        </w:rPr>
        <w:t>and</w:t>
      </w:r>
      <w:r>
        <w:rPr>
          <w:rFonts w:ascii="Aptos" w:hAnsi="Aptos"/>
          <w:sz w:val="24"/>
          <w:szCs w:val="24"/>
        </w:rPr>
        <w:t xml:space="preserve"> </w:t>
      </w:r>
      <w:r w:rsidR="007A4160">
        <w:rPr>
          <w:rFonts w:ascii="Aptos" w:hAnsi="Aptos"/>
          <w:sz w:val="24"/>
          <w:szCs w:val="24"/>
        </w:rPr>
        <w:t>one</w:t>
      </w:r>
      <w:r>
        <w:rPr>
          <w:rFonts w:ascii="Aptos" w:hAnsi="Aptos"/>
          <w:sz w:val="24"/>
          <w:szCs w:val="24"/>
        </w:rPr>
        <w:t xml:space="preserve"> </w:t>
      </w:r>
      <w:r w:rsidRPr="0064076D">
        <w:rPr>
          <w:rFonts w:ascii="Aptos" w:hAnsi="Aptos"/>
          <w:b/>
          <w:bCs/>
          <w:sz w:val="24"/>
          <w:szCs w:val="24"/>
        </w:rPr>
        <w:t>Lock</w:t>
      </w:r>
      <w:r w:rsidR="007A4160">
        <w:rPr>
          <w:rFonts w:ascii="Aptos" w:hAnsi="Aptos"/>
          <w:b/>
          <w:bCs/>
          <w:sz w:val="24"/>
          <w:szCs w:val="24"/>
        </w:rPr>
        <w:t>d</w:t>
      </w:r>
      <w:r w:rsidRPr="0064076D">
        <w:rPr>
          <w:rFonts w:ascii="Aptos" w:hAnsi="Aptos"/>
          <w:b/>
          <w:bCs/>
          <w:sz w:val="24"/>
          <w:szCs w:val="24"/>
        </w:rPr>
        <w:t>own Drill</w:t>
      </w:r>
      <w:r>
        <w:rPr>
          <w:rFonts w:ascii="Aptos" w:hAnsi="Aptos"/>
          <w:sz w:val="24"/>
          <w:szCs w:val="24"/>
        </w:rPr>
        <w:t xml:space="preserve"> are conducted during the course of the school year</w:t>
      </w:r>
      <w:r w:rsidR="007A4160">
        <w:rPr>
          <w:rFonts w:ascii="Aptos" w:hAnsi="Aptos"/>
          <w:sz w:val="24"/>
          <w:szCs w:val="24"/>
        </w:rPr>
        <w:t xml:space="preserve">. </w:t>
      </w:r>
      <w:r>
        <w:rPr>
          <w:rFonts w:ascii="Aptos" w:hAnsi="Aptos"/>
          <w:sz w:val="24"/>
          <w:szCs w:val="24"/>
        </w:rPr>
        <w:t xml:space="preserve">  </w:t>
      </w:r>
    </w:p>
    <w:p w:rsidR="007A4160" w:rsidRDefault="0064076D" w:rsidP="00803247">
      <w:pPr>
        <w:pStyle w:val="ListParagraph"/>
        <w:numPr>
          <w:ilvl w:val="0"/>
          <w:numId w:val="27"/>
        </w:numPr>
        <w:spacing w:after="0"/>
        <w:rPr>
          <w:rFonts w:ascii="Aptos" w:hAnsi="Aptos"/>
          <w:sz w:val="24"/>
          <w:szCs w:val="24"/>
        </w:rPr>
      </w:pPr>
      <w:r w:rsidRPr="007A4160">
        <w:rPr>
          <w:rFonts w:ascii="Aptos" w:hAnsi="Aptos"/>
          <w:sz w:val="24"/>
          <w:szCs w:val="24"/>
        </w:rPr>
        <w:t xml:space="preserve">In the event of an actual emergency, you will be notified by email and text push notification </w:t>
      </w:r>
      <w:r w:rsidR="007A4160" w:rsidRPr="007A4160">
        <w:rPr>
          <w:rFonts w:ascii="Aptos" w:hAnsi="Aptos"/>
          <w:sz w:val="24"/>
          <w:szCs w:val="24"/>
        </w:rPr>
        <w:t>through</w:t>
      </w:r>
      <w:r w:rsidRPr="007A4160">
        <w:rPr>
          <w:rFonts w:ascii="Aptos" w:hAnsi="Aptos"/>
          <w:sz w:val="24"/>
          <w:szCs w:val="24"/>
        </w:rPr>
        <w:t xml:space="preserve"> the Procare app.  </w:t>
      </w:r>
      <w:r w:rsidR="007A4160" w:rsidRPr="007A4160">
        <w:rPr>
          <w:rFonts w:ascii="Aptos" w:hAnsi="Aptos"/>
          <w:sz w:val="24"/>
          <w:szCs w:val="24"/>
        </w:rPr>
        <w:t>Please</w:t>
      </w:r>
      <w:r w:rsidRPr="007A4160">
        <w:rPr>
          <w:rFonts w:ascii="Aptos" w:hAnsi="Aptos"/>
          <w:sz w:val="24"/>
          <w:szCs w:val="24"/>
        </w:rPr>
        <w:t xml:space="preserve"> wait for instructions from the school and </w:t>
      </w:r>
      <w:r w:rsidR="007A4160" w:rsidRPr="007A4160">
        <w:rPr>
          <w:rFonts w:ascii="Aptos" w:hAnsi="Aptos"/>
          <w:sz w:val="24"/>
          <w:szCs w:val="24"/>
        </w:rPr>
        <w:t xml:space="preserve">do </w:t>
      </w:r>
      <w:r w:rsidRPr="007A4160">
        <w:rPr>
          <w:rFonts w:ascii="Aptos" w:hAnsi="Aptos"/>
          <w:sz w:val="24"/>
          <w:szCs w:val="24"/>
        </w:rPr>
        <w:t>not</w:t>
      </w:r>
      <w:r w:rsidR="007568F3" w:rsidRPr="007A4160">
        <w:rPr>
          <w:rFonts w:ascii="Aptos" w:hAnsi="Aptos"/>
          <w:sz w:val="24"/>
          <w:szCs w:val="24"/>
        </w:rPr>
        <w:t xml:space="preserve"> </w:t>
      </w:r>
      <w:r w:rsidRPr="007A4160">
        <w:rPr>
          <w:rFonts w:ascii="Aptos" w:hAnsi="Aptos"/>
          <w:sz w:val="24"/>
          <w:szCs w:val="24"/>
        </w:rPr>
        <w:t>drive directly to the school</w:t>
      </w:r>
      <w:r w:rsidR="007568F3" w:rsidRPr="007A4160">
        <w:rPr>
          <w:rFonts w:ascii="Aptos" w:hAnsi="Aptos"/>
          <w:sz w:val="24"/>
          <w:szCs w:val="24"/>
        </w:rPr>
        <w:t>,</w:t>
      </w:r>
      <w:r w:rsidRPr="007A4160">
        <w:rPr>
          <w:rFonts w:ascii="Aptos" w:hAnsi="Aptos"/>
          <w:sz w:val="24"/>
          <w:szCs w:val="24"/>
        </w:rPr>
        <w:t xml:space="preserve"> as it may interfere with emergency services.  </w:t>
      </w:r>
    </w:p>
    <w:p w:rsidR="0064076D" w:rsidRPr="007A4160" w:rsidRDefault="0064076D" w:rsidP="00803247">
      <w:pPr>
        <w:pStyle w:val="ListParagraph"/>
        <w:numPr>
          <w:ilvl w:val="0"/>
          <w:numId w:val="27"/>
        </w:numPr>
        <w:spacing w:after="0"/>
        <w:rPr>
          <w:rFonts w:ascii="Aptos" w:hAnsi="Aptos"/>
          <w:sz w:val="24"/>
          <w:szCs w:val="24"/>
        </w:rPr>
      </w:pPr>
      <w:r w:rsidRPr="007A4160">
        <w:rPr>
          <w:rFonts w:ascii="Aptos" w:hAnsi="Aptos"/>
          <w:sz w:val="24"/>
          <w:szCs w:val="24"/>
        </w:rPr>
        <w:t xml:space="preserve">You will be kept informed </w:t>
      </w:r>
      <w:r w:rsidR="007A4160" w:rsidRPr="007A4160">
        <w:rPr>
          <w:rFonts w:ascii="Aptos" w:hAnsi="Aptos"/>
          <w:sz w:val="24"/>
          <w:szCs w:val="24"/>
        </w:rPr>
        <w:t>throughout</w:t>
      </w:r>
      <w:r w:rsidRPr="007A4160">
        <w:rPr>
          <w:rFonts w:ascii="Aptos" w:hAnsi="Aptos"/>
          <w:sz w:val="24"/>
          <w:szCs w:val="24"/>
        </w:rPr>
        <w:t xml:space="preserve"> the emergency</w:t>
      </w:r>
      <w:r w:rsidR="007A4160">
        <w:rPr>
          <w:rFonts w:ascii="Aptos" w:hAnsi="Aptos"/>
          <w:sz w:val="24"/>
          <w:szCs w:val="24"/>
        </w:rPr>
        <w:t xml:space="preserve">.  If </w:t>
      </w:r>
      <w:r w:rsidR="007568F3" w:rsidRPr="007A4160">
        <w:rPr>
          <w:rFonts w:ascii="Aptos" w:hAnsi="Aptos"/>
          <w:sz w:val="24"/>
          <w:szCs w:val="24"/>
        </w:rPr>
        <w:t>the children need to be picked up</w:t>
      </w:r>
      <w:r w:rsidRPr="007A4160">
        <w:rPr>
          <w:rFonts w:ascii="Aptos" w:hAnsi="Aptos"/>
          <w:sz w:val="24"/>
          <w:szCs w:val="24"/>
        </w:rPr>
        <w:t xml:space="preserve">, you will receive instructions </w:t>
      </w:r>
      <w:r w:rsidR="007A4160">
        <w:rPr>
          <w:rFonts w:ascii="Aptos" w:hAnsi="Aptos"/>
          <w:sz w:val="24"/>
          <w:szCs w:val="24"/>
        </w:rPr>
        <w:t xml:space="preserve">regarding the </w:t>
      </w:r>
      <w:r w:rsidRPr="007A4160">
        <w:rPr>
          <w:rFonts w:ascii="Aptos" w:hAnsi="Aptos"/>
          <w:sz w:val="24"/>
          <w:szCs w:val="24"/>
        </w:rPr>
        <w:t>reunification</w:t>
      </w:r>
      <w:r w:rsidR="007568F3" w:rsidRPr="007A4160">
        <w:rPr>
          <w:rFonts w:ascii="Aptos" w:hAnsi="Aptos"/>
          <w:sz w:val="24"/>
          <w:szCs w:val="24"/>
        </w:rPr>
        <w:t xml:space="preserve"> location and procedures.  </w:t>
      </w:r>
    </w:p>
    <w:p w:rsidR="0064076D" w:rsidRPr="006327F5" w:rsidRDefault="007A4160" w:rsidP="0064076D">
      <w:pPr>
        <w:pStyle w:val="ListParagraph"/>
        <w:numPr>
          <w:ilvl w:val="0"/>
          <w:numId w:val="27"/>
        </w:numPr>
        <w:spacing w:after="0"/>
        <w:rPr>
          <w:rFonts w:ascii="Aptos" w:hAnsi="Aptos"/>
          <w:sz w:val="24"/>
          <w:szCs w:val="24"/>
        </w:rPr>
      </w:pPr>
      <w:r>
        <w:rPr>
          <w:rFonts w:ascii="Aptos" w:hAnsi="Aptos"/>
          <w:sz w:val="24"/>
          <w:szCs w:val="24"/>
        </w:rPr>
        <w:t>All staff are certified in</w:t>
      </w:r>
      <w:r w:rsidR="007568F3" w:rsidRPr="006327F5">
        <w:rPr>
          <w:rFonts w:ascii="Aptos" w:hAnsi="Aptos"/>
          <w:sz w:val="24"/>
          <w:szCs w:val="24"/>
        </w:rPr>
        <w:t xml:space="preserve"> CPR and First Aid have </w:t>
      </w:r>
      <w:r>
        <w:rPr>
          <w:rFonts w:ascii="Aptos" w:hAnsi="Aptos"/>
          <w:sz w:val="24"/>
          <w:szCs w:val="24"/>
        </w:rPr>
        <w:t>completed</w:t>
      </w:r>
      <w:r w:rsidR="007568F3" w:rsidRPr="006327F5">
        <w:rPr>
          <w:rFonts w:ascii="Aptos" w:hAnsi="Aptos"/>
          <w:sz w:val="24"/>
          <w:szCs w:val="24"/>
        </w:rPr>
        <w:t xml:space="preserve"> Active Incident Training with the FBI.  </w:t>
      </w:r>
      <w:r w:rsidR="006327F5" w:rsidRPr="006327F5">
        <w:rPr>
          <w:rFonts w:ascii="Aptos" w:hAnsi="Aptos"/>
          <w:sz w:val="24"/>
          <w:szCs w:val="24"/>
        </w:rPr>
        <w:t>This training is renewed annually.</w:t>
      </w:r>
      <w:r>
        <w:rPr>
          <w:rFonts w:ascii="Aptos" w:hAnsi="Aptos"/>
          <w:sz w:val="24"/>
          <w:szCs w:val="24"/>
        </w:rPr>
        <w:t xml:space="preserve">                         </w:t>
      </w:r>
      <w:r>
        <w:rPr>
          <w:rFonts w:ascii="Aptos" w:hAnsi="Aptos"/>
          <w:b/>
          <w:bCs/>
          <w:sz w:val="24"/>
          <w:szCs w:val="24"/>
        </w:rPr>
        <w:t>9</w:t>
      </w:r>
    </w:p>
    <w:p w:rsidR="00705E8B" w:rsidRDefault="00705E8B" w:rsidP="00705E8B">
      <w:pPr>
        <w:spacing w:after="0"/>
        <w:rPr>
          <w:rFonts w:ascii="Aptos" w:hAnsi="Aptos"/>
          <w:b/>
          <w:bCs/>
          <w:color w:val="0070C0"/>
          <w:sz w:val="28"/>
          <w:szCs w:val="28"/>
        </w:rPr>
      </w:pPr>
      <w:r w:rsidRPr="00705E8B">
        <w:rPr>
          <w:rFonts w:ascii="Aptos" w:hAnsi="Aptos"/>
          <w:b/>
          <w:bCs/>
          <w:color w:val="0070C0"/>
          <w:sz w:val="28"/>
          <w:szCs w:val="28"/>
        </w:rPr>
        <w:t>General Policies</w:t>
      </w:r>
    </w:p>
    <w:p w:rsidR="00705E8B" w:rsidRDefault="00705E8B" w:rsidP="00705E8B">
      <w:pPr>
        <w:spacing w:after="0"/>
        <w:rPr>
          <w:rFonts w:ascii="Aptos" w:hAnsi="Aptos"/>
          <w:sz w:val="24"/>
          <w:szCs w:val="24"/>
        </w:rPr>
      </w:pPr>
    </w:p>
    <w:p w:rsidR="007A4160" w:rsidRDefault="00705E8B" w:rsidP="00705E8B">
      <w:pPr>
        <w:spacing w:after="0"/>
        <w:rPr>
          <w:rFonts w:ascii="Aptos" w:hAnsi="Aptos"/>
          <w:sz w:val="24"/>
          <w:szCs w:val="24"/>
        </w:rPr>
      </w:pPr>
      <w:r>
        <w:rPr>
          <w:rFonts w:ascii="Aptos" w:hAnsi="Aptos"/>
          <w:b/>
          <w:bCs/>
          <w:sz w:val="24"/>
          <w:szCs w:val="24"/>
        </w:rPr>
        <w:t xml:space="preserve">Weather Closures:  </w:t>
      </w:r>
      <w:r>
        <w:rPr>
          <w:rFonts w:ascii="Aptos" w:hAnsi="Aptos"/>
          <w:sz w:val="24"/>
          <w:szCs w:val="24"/>
        </w:rPr>
        <w:t>We follow Virginia Beach City Public Schools for inclement weather decisions</w:t>
      </w:r>
      <w:r w:rsidR="007A4160">
        <w:rPr>
          <w:rFonts w:ascii="Aptos" w:hAnsi="Aptos"/>
          <w:sz w:val="24"/>
          <w:szCs w:val="24"/>
        </w:rPr>
        <w:t>:</w:t>
      </w:r>
    </w:p>
    <w:p w:rsidR="007A4160" w:rsidRDefault="00705E8B" w:rsidP="007A4160">
      <w:pPr>
        <w:pStyle w:val="ListParagraph"/>
        <w:numPr>
          <w:ilvl w:val="0"/>
          <w:numId w:val="28"/>
        </w:numPr>
        <w:spacing w:after="0"/>
        <w:rPr>
          <w:rFonts w:ascii="Aptos" w:hAnsi="Aptos"/>
          <w:sz w:val="24"/>
          <w:szCs w:val="24"/>
        </w:rPr>
      </w:pPr>
      <w:r w:rsidRPr="007A4160">
        <w:rPr>
          <w:rFonts w:ascii="Aptos" w:hAnsi="Aptos"/>
          <w:sz w:val="24"/>
          <w:szCs w:val="24"/>
        </w:rPr>
        <w:t xml:space="preserve">If VB Schools are closed, we are closed.  </w:t>
      </w:r>
    </w:p>
    <w:p w:rsidR="007A4160" w:rsidRDefault="00705E8B" w:rsidP="007A4160">
      <w:pPr>
        <w:pStyle w:val="ListParagraph"/>
        <w:numPr>
          <w:ilvl w:val="0"/>
          <w:numId w:val="28"/>
        </w:numPr>
        <w:spacing w:after="0"/>
        <w:rPr>
          <w:rFonts w:ascii="Aptos" w:hAnsi="Aptos"/>
          <w:sz w:val="24"/>
          <w:szCs w:val="24"/>
        </w:rPr>
      </w:pPr>
      <w:r w:rsidRPr="007A4160">
        <w:rPr>
          <w:rFonts w:ascii="Aptos" w:hAnsi="Aptos"/>
          <w:sz w:val="24"/>
          <w:szCs w:val="24"/>
        </w:rPr>
        <w:t xml:space="preserve">If they delay </w:t>
      </w:r>
      <w:r w:rsidR="007A4160">
        <w:rPr>
          <w:rFonts w:ascii="Aptos" w:hAnsi="Aptos"/>
          <w:sz w:val="24"/>
          <w:szCs w:val="24"/>
        </w:rPr>
        <w:t xml:space="preserve">by </w:t>
      </w:r>
      <w:r w:rsidRPr="007A4160">
        <w:rPr>
          <w:rFonts w:ascii="Aptos" w:hAnsi="Aptos"/>
          <w:sz w:val="24"/>
          <w:szCs w:val="24"/>
        </w:rPr>
        <w:t xml:space="preserve">1 hour, we delay </w:t>
      </w:r>
      <w:r w:rsidR="007A4160">
        <w:rPr>
          <w:rFonts w:ascii="Aptos" w:hAnsi="Aptos"/>
          <w:sz w:val="24"/>
          <w:szCs w:val="24"/>
        </w:rPr>
        <w:t xml:space="preserve">by </w:t>
      </w:r>
      <w:r w:rsidRPr="007A4160">
        <w:rPr>
          <w:rFonts w:ascii="Aptos" w:hAnsi="Aptos"/>
          <w:sz w:val="24"/>
          <w:szCs w:val="24"/>
        </w:rPr>
        <w:t xml:space="preserve">1 hour.  </w:t>
      </w:r>
    </w:p>
    <w:p w:rsidR="007A4160" w:rsidRDefault="00705E8B" w:rsidP="007A4160">
      <w:pPr>
        <w:pStyle w:val="ListParagraph"/>
        <w:numPr>
          <w:ilvl w:val="0"/>
          <w:numId w:val="28"/>
        </w:numPr>
        <w:spacing w:after="0"/>
        <w:rPr>
          <w:rFonts w:ascii="Aptos" w:hAnsi="Aptos"/>
          <w:sz w:val="24"/>
          <w:szCs w:val="24"/>
        </w:rPr>
      </w:pPr>
      <w:r w:rsidRPr="007A4160">
        <w:rPr>
          <w:rFonts w:ascii="Aptos" w:hAnsi="Aptos"/>
          <w:sz w:val="24"/>
          <w:szCs w:val="24"/>
        </w:rPr>
        <w:t>If they delay</w:t>
      </w:r>
      <w:r w:rsidR="007A4160">
        <w:rPr>
          <w:rFonts w:ascii="Aptos" w:hAnsi="Aptos"/>
          <w:sz w:val="24"/>
          <w:szCs w:val="24"/>
        </w:rPr>
        <w:t xml:space="preserve"> by</w:t>
      </w:r>
      <w:r w:rsidRPr="007A4160">
        <w:rPr>
          <w:rFonts w:ascii="Aptos" w:hAnsi="Aptos"/>
          <w:sz w:val="24"/>
          <w:szCs w:val="24"/>
        </w:rPr>
        <w:t xml:space="preserve"> 2 hours</w:t>
      </w:r>
      <w:r w:rsidR="007A4160">
        <w:rPr>
          <w:rFonts w:ascii="Aptos" w:hAnsi="Aptos"/>
          <w:sz w:val="24"/>
          <w:szCs w:val="24"/>
        </w:rPr>
        <w:t xml:space="preserve"> or more, </w:t>
      </w:r>
      <w:r w:rsidRPr="007A4160">
        <w:rPr>
          <w:rFonts w:ascii="Aptos" w:hAnsi="Aptos"/>
          <w:sz w:val="24"/>
          <w:szCs w:val="24"/>
        </w:rPr>
        <w:t xml:space="preserve">we </w:t>
      </w:r>
      <w:r w:rsidR="007A4160">
        <w:rPr>
          <w:rFonts w:ascii="Aptos" w:hAnsi="Aptos"/>
          <w:sz w:val="24"/>
          <w:szCs w:val="24"/>
        </w:rPr>
        <w:t xml:space="preserve">will </w:t>
      </w:r>
      <w:r w:rsidRPr="007A4160">
        <w:rPr>
          <w:rFonts w:ascii="Aptos" w:hAnsi="Aptos"/>
          <w:sz w:val="24"/>
          <w:szCs w:val="24"/>
        </w:rPr>
        <w:t xml:space="preserve">remain closed.  </w:t>
      </w:r>
    </w:p>
    <w:p w:rsidR="00705E8B" w:rsidRPr="007A4160" w:rsidRDefault="00705E8B" w:rsidP="007A4160">
      <w:pPr>
        <w:pStyle w:val="ListParagraph"/>
        <w:numPr>
          <w:ilvl w:val="0"/>
          <w:numId w:val="28"/>
        </w:numPr>
        <w:spacing w:after="0"/>
        <w:rPr>
          <w:rFonts w:ascii="Aptos" w:hAnsi="Aptos"/>
          <w:sz w:val="24"/>
          <w:szCs w:val="24"/>
        </w:rPr>
      </w:pPr>
      <w:r w:rsidRPr="007A4160">
        <w:rPr>
          <w:rFonts w:ascii="Aptos" w:hAnsi="Aptos"/>
          <w:sz w:val="24"/>
          <w:szCs w:val="24"/>
        </w:rPr>
        <w:t>If they close early, we close early.</w:t>
      </w:r>
    </w:p>
    <w:p w:rsidR="00705E8B" w:rsidRDefault="00705E8B" w:rsidP="00705E8B">
      <w:pPr>
        <w:spacing w:after="0"/>
        <w:rPr>
          <w:rFonts w:ascii="Aptos" w:hAnsi="Aptos"/>
          <w:sz w:val="24"/>
          <w:szCs w:val="24"/>
        </w:rPr>
      </w:pPr>
    </w:p>
    <w:p w:rsidR="007A4160" w:rsidRDefault="00705E8B" w:rsidP="00705E8B">
      <w:pPr>
        <w:spacing w:after="0"/>
        <w:rPr>
          <w:rFonts w:ascii="Aptos" w:hAnsi="Aptos"/>
          <w:b/>
          <w:bCs/>
          <w:sz w:val="24"/>
          <w:szCs w:val="24"/>
        </w:rPr>
      </w:pPr>
      <w:r>
        <w:rPr>
          <w:rFonts w:ascii="Aptos" w:hAnsi="Aptos"/>
          <w:b/>
          <w:bCs/>
          <w:sz w:val="24"/>
          <w:szCs w:val="24"/>
        </w:rPr>
        <w:t>Snacks</w:t>
      </w:r>
    </w:p>
    <w:p w:rsidR="00705E8B" w:rsidRDefault="00705E8B" w:rsidP="00705E8B">
      <w:pPr>
        <w:spacing w:after="0"/>
        <w:rPr>
          <w:rFonts w:ascii="Aptos" w:hAnsi="Aptos"/>
          <w:sz w:val="24"/>
          <w:szCs w:val="24"/>
        </w:rPr>
      </w:pPr>
      <w:r>
        <w:rPr>
          <w:rFonts w:ascii="Aptos" w:hAnsi="Aptos"/>
          <w:sz w:val="24"/>
          <w:szCs w:val="24"/>
        </w:rPr>
        <w:t xml:space="preserve">We provide mid-morning snacks and water.  </w:t>
      </w:r>
      <w:r w:rsidRPr="00705E8B">
        <w:rPr>
          <w:rFonts w:ascii="Aptos" w:hAnsi="Aptos"/>
          <w:b/>
          <w:bCs/>
          <w:sz w:val="24"/>
          <w:szCs w:val="24"/>
        </w:rPr>
        <w:t>Please alert your teachers to any allergies</w:t>
      </w:r>
      <w:r>
        <w:rPr>
          <w:rFonts w:ascii="Aptos" w:hAnsi="Aptos"/>
          <w:sz w:val="24"/>
          <w:szCs w:val="24"/>
        </w:rPr>
        <w:t xml:space="preserve">.  </w:t>
      </w:r>
    </w:p>
    <w:p w:rsidR="00705E8B" w:rsidRDefault="00705E8B" w:rsidP="00705E8B">
      <w:pPr>
        <w:spacing w:after="0"/>
        <w:rPr>
          <w:rFonts w:ascii="Aptos" w:hAnsi="Aptos"/>
          <w:sz w:val="24"/>
          <w:szCs w:val="24"/>
        </w:rPr>
      </w:pPr>
    </w:p>
    <w:p w:rsidR="007A4160" w:rsidRDefault="00705E8B" w:rsidP="00705E8B">
      <w:pPr>
        <w:spacing w:after="0"/>
        <w:rPr>
          <w:rFonts w:ascii="Aptos" w:hAnsi="Aptos"/>
          <w:b/>
          <w:bCs/>
          <w:sz w:val="24"/>
          <w:szCs w:val="24"/>
        </w:rPr>
      </w:pPr>
      <w:r>
        <w:rPr>
          <w:rFonts w:ascii="Aptos" w:hAnsi="Aptos"/>
          <w:b/>
          <w:bCs/>
          <w:sz w:val="24"/>
          <w:szCs w:val="24"/>
        </w:rPr>
        <w:t>Birthday Treats</w:t>
      </w:r>
    </w:p>
    <w:p w:rsidR="00705E8B" w:rsidRPr="00705E8B" w:rsidRDefault="007A4160" w:rsidP="00705E8B">
      <w:pPr>
        <w:spacing w:after="0"/>
        <w:rPr>
          <w:rFonts w:ascii="Aptos" w:hAnsi="Aptos"/>
          <w:sz w:val="24"/>
          <w:szCs w:val="24"/>
        </w:rPr>
      </w:pPr>
      <w:r>
        <w:rPr>
          <w:rFonts w:ascii="Aptos" w:hAnsi="Aptos"/>
          <w:sz w:val="24"/>
          <w:szCs w:val="24"/>
        </w:rPr>
        <w:t>If you wish to send a special treat for your child’s birthday or a classroom event, p</w:t>
      </w:r>
      <w:r w:rsidR="00705E8B">
        <w:rPr>
          <w:rFonts w:ascii="Aptos" w:hAnsi="Aptos"/>
          <w:sz w:val="24"/>
          <w:szCs w:val="24"/>
        </w:rPr>
        <w:t>lease consult with your teacher regarding any allergies</w:t>
      </w:r>
      <w:r>
        <w:rPr>
          <w:rFonts w:ascii="Aptos" w:hAnsi="Aptos"/>
          <w:sz w:val="24"/>
          <w:szCs w:val="24"/>
        </w:rPr>
        <w:t>.</w:t>
      </w:r>
      <w:r w:rsidR="00705E8B">
        <w:rPr>
          <w:rFonts w:ascii="Aptos" w:hAnsi="Aptos"/>
          <w:sz w:val="24"/>
          <w:szCs w:val="24"/>
        </w:rPr>
        <w:t xml:space="preserve"> </w:t>
      </w:r>
      <w:r>
        <w:rPr>
          <w:rFonts w:ascii="Aptos" w:hAnsi="Aptos"/>
          <w:sz w:val="24"/>
          <w:szCs w:val="24"/>
        </w:rPr>
        <w:t xml:space="preserve"> B</w:t>
      </w:r>
      <w:r w:rsidR="00705E8B">
        <w:rPr>
          <w:rFonts w:ascii="Aptos" w:hAnsi="Aptos"/>
          <w:sz w:val="24"/>
          <w:szCs w:val="24"/>
        </w:rPr>
        <w:t>e mindful of sugar content and choking hazards when choosing a treat.  No balloons, please!</w:t>
      </w:r>
    </w:p>
    <w:p w:rsidR="00705E8B" w:rsidRDefault="00705E8B" w:rsidP="00705E8B">
      <w:pPr>
        <w:spacing w:after="0"/>
        <w:rPr>
          <w:rFonts w:ascii="Aptos" w:hAnsi="Aptos"/>
          <w:b/>
          <w:bCs/>
          <w:color w:val="0070C0"/>
          <w:sz w:val="24"/>
          <w:szCs w:val="24"/>
        </w:rPr>
      </w:pPr>
    </w:p>
    <w:p w:rsidR="007A4160" w:rsidRDefault="00705E8B" w:rsidP="00705E8B">
      <w:pPr>
        <w:spacing w:after="0"/>
        <w:rPr>
          <w:rFonts w:ascii="Aptos" w:hAnsi="Aptos"/>
          <w:b/>
          <w:bCs/>
          <w:sz w:val="24"/>
          <w:szCs w:val="24"/>
        </w:rPr>
      </w:pPr>
      <w:r>
        <w:rPr>
          <w:rFonts w:ascii="Aptos" w:hAnsi="Aptos"/>
          <w:b/>
          <w:bCs/>
          <w:sz w:val="24"/>
          <w:szCs w:val="24"/>
        </w:rPr>
        <w:t>Lunch</w:t>
      </w:r>
    </w:p>
    <w:p w:rsidR="00705E8B" w:rsidRDefault="00705E8B" w:rsidP="00705E8B">
      <w:pPr>
        <w:spacing w:after="0"/>
        <w:rPr>
          <w:rFonts w:ascii="Aptos" w:hAnsi="Aptos"/>
          <w:sz w:val="24"/>
          <w:szCs w:val="24"/>
        </w:rPr>
      </w:pPr>
      <w:r>
        <w:rPr>
          <w:rFonts w:ascii="Aptos" w:hAnsi="Aptos"/>
          <w:sz w:val="24"/>
          <w:szCs w:val="24"/>
        </w:rPr>
        <w:t xml:space="preserve">Please send a packed lunch labeled with your child’s name </w:t>
      </w:r>
      <w:r w:rsidR="007A4160">
        <w:rPr>
          <w:rFonts w:ascii="Aptos" w:hAnsi="Aptos"/>
          <w:sz w:val="24"/>
          <w:szCs w:val="24"/>
        </w:rPr>
        <w:t>each day</w:t>
      </w:r>
      <w:r>
        <w:rPr>
          <w:rFonts w:ascii="Aptos" w:hAnsi="Aptos"/>
          <w:sz w:val="24"/>
          <w:szCs w:val="24"/>
        </w:rPr>
        <w:t xml:space="preserve">.  </w:t>
      </w:r>
      <w:r w:rsidRPr="00705E8B">
        <w:rPr>
          <w:rFonts w:ascii="Aptos" w:hAnsi="Aptos"/>
          <w:b/>
          <w:bCs/>
          <w:sz w:val="24"/>
          <w:szCs w:val="24"/>
        </w:rPr>
        <w:t>Candy, soda, and glass containers are not allowed.</w:t>
      </w:r>
      <w:r>
        <w:rPr>
          <w:rFonts w:ascii="Aptos" w:hAnsi="Aptos"/>
          <w:b/>
          <w:bCs/>
          <w:sz w:val="24"/>
          <w:szCs w:val="24"/>
        </w:rPr>
        <w:t xml:space="preserve">  For children under 3, </w:t>
      </w:r>
      <w:r>
        <w:rPr>
          <w:rFonts w:ascii="Aptos" w:hAnsi="Aptos"/>
          <w:sz w:val="24"/>
          <w:szCs w:val="24"/>
        </w:rPr>
        <w:t xml:space="preserve">please avoid choking hazards such as </w:t>
      </w:r>
      <w:r w:rsidR="007A4160">
        <w:rPr>
          <w:rFonts w:ascii="Aptos" w:hAnsi="Aptos"/>
          <w:sz w:val="24"/>
          <w:szCs w:val="24"/>
        </w:rPr>
        <w:t xml:space="preserve">uncut </w:t>
      </w:r>
      <w:r>
        <w:rPr>
          <w:rFonts w:ascii="Aptos" w:hAnsi="Aptos"/>
          <w:sz w:val="24"/>
          <w:szCs w:val="24"/>
        </w:rPr>
        <w:t>hot dogs, whole grapes, nuts, olives, seeds, and popcorn.</w:t>
      </w:r>
    </w:p>
    <w:p w:rsidR="00705E8B" w:rsidRDefault="00705E8B" w:rsidP="00705E8B">
      <w:pPr>
        <w:spacing w:after="0"/>
        <w:rPr>
          <w:rFonts w:ascii="Aptos" w:hAnsi="Aptos"/>
          <w:sz w:val="24"/>
          <w:szCs w:val="24"/>
        </w:rPr>
      </w:pPr>
    </w:p>
    <w:p w:rsidR="00727349" w:rsidRDefault="00727349" w:rsidP="00705E8B">
      <w:pPr>
        <w:spacing w:after="0"/>
        <w:rPr>
          <w:rFonts w:ascii="Aptos" w:hAnsi="Aptos"/>
          <w:sz w:val="24"/>
          <w:szCs w:val="24"/>
        </w:rPr>
      </w:pPr>
    </w:p>
    <w:p w:rsidR="007A4160" w:rsidRDefault="00EA49AC" w:rsidP="00705E8B">
      <w:pPr>
        <w:spacing w:after="0"/>
        <w:rPr>
          <w:rFonts w:ascii="Aptos" w:hAnsi="Aptos"/>
          <w:b/>
          <w:bCs/>
          <w:sz w:val="24"/>
          <w:szCs w:val="24"/>
        </w:rPr>
      </w:pPr>
      <w:r w:rsidRPr="00FF7F5D">
        <w:rPr>
          <w:rFonts w:ascii="Aptos" w:hAnsi="Aptos"/>
          <w:b/>
          <w:bCs/>
          <w:sz w:val="24"/>
          <w:szCs w:val="24"/>
        </w:rPr>
        <w:t>NON-DISCRIMINATION</w:t>
      </w:r>
    </w:p>
    <w:p w:rsidR="00FF7F5D" w:rsidRDefault="00FF7F5D" w:rsidP="00705E8B">
      <w:pPr>
        <w:spacing w:after="0"/>
        <w:rPr>
          <w:rFonts w:ascii="Aptos" w:hAnsi="Aptos"/>
          <w:sz w:val="24"/>
          <w:szCs w:val="24"/>
        </w:rPr>
      </w:pPr>
      <w:r>
        <w:rPr>
          <w:rFonts w:ascii="Aptos" w:hAnsi="Aptos"/>
          <w:sz w:val="24"/>
          <w:szCs w:val="24"/>
        </w:rPr>
        <w:t>Bayside Presbyterian Preschool and Kindergarten</w:t>
      </w:r>
      <w:r w:rsidR="00EA49AC" w:rsidRPr="00EA49AC">
        <w:rPr>
          <w:rFonts w:ascii="Aptos" w:hAnsi="Aptos"/>
          <w:sz w:val="24"/>
          <w:szCs w:val="24"/>
        </w:rPr>
        <w:t xml:space="preserve"> </w:t>
      </w:r>
      <w:proofErr w:type="gramStart"/>
      <w:r w:rsidR="00EA49AC" w:rsidRPr="00EA49AC">
        <w:rPr>
          <w:rFonts w:ascii="Aptos" w:hAnsi="Aptos"/>
          <w:sz w:val="24"/>
          <w:szCs w:val="24"/>
        </w:rPr>
        <w:t>accepts</w:t>
      </w:r>
      <w:proofErr w:type="gramEnd"/>
      <w:r w:rsidR="00EA49AC" w:rsidRPr="00EA49AC">
        <w:rPr>
          <w:rFonts w:ascii="Aptos" w:hAnsi="Aptos"/>
          <w:sz w:val="24"/>
          <w:szCs w:val="24"/>
        </w:rPr>
        <w:t xml:space="preserve"> children without regard to race, creed, religion, marital status of the parent(s), sex, ethnicity, or national origin. </w:t>
      </w:r>
      <w:r w:rsidR="007A4160">
        <w:rPr>
          <w:rFonts w:ascii="Aptos" w:hAnsi="Aptos"/>
          <w:sz w:val="24"/>
          <w:szCs w:val="24"/>
        </w:rPr>
        <w:t>We believe a</w:t>
      </w:r>
      <w:r w:rsidR="00EA49AC" w:rsidRPr="00EA49AC">
        <w:rPr>
          <w:rFonts w:ascii="Aptos" w:hAnsi="Aptos"/>
          <w:sz w:val="24"/>
          <w:szCs w:val="24"/>
        </w:rPr>
        <w:t xml:space="preserve"> diverse environment enriches the learning experience for children by providing exposure to different cultures and backgrounds. </w:t>
      </w:r>
    </w:p>
    <w:p w:rsidR="00FF7F5D" w:rsidRDefault="00FF7F5D" w:rsidP="00705E8B">
      <w:pPr>
        <w:spacing w:after="0"/>
        <w:rPr>
          <w:rFonts w:ascii="Aptos" w:hAnsi="Aptos"/>
          <w:sz w:val="24"/>
          <w:szCs w:val="24"/>
        </w:rPr>
      </w:pPr>
    </w:p>
    <w:p w:rsidR="007A4160" w:rsidRDefault="00EA49AC" w:rsidP="00705E8B">
      <w:pPr>
        <w:spacing w:after="0"/>
        <w:rPr>
          <w:rFonts w:ascii="Aptos" w:hAnsi="Aptos"/>
          <w:b/>
          <w:bCs/>
          <w:sz w:val="24"/>
          <w:szCs w:val="24"/>
        </w:rPr>
      </w:pPr>
      <w:r w:rsidRPr="00FF7F5D">
        <w:rPr>
          <w:rFonts w:ascii="Aptos" w:hAnsi="Aptos"/>
          <w:b/>
          <w:bCs/>
          <w:sz w:val="24"/>
          <w:szCs w:val="24"/>
        </w:rPr>
        <w:t>AMERICANS WITH DISABILITIES ACT</w:t>
      </w:r>
    </w:p>
    <w:p w:rsidR="004601DA" w:rsidRDefault="00EA49AC" w:rsidP="00705E8B">
      <w:pPr>
        <w:spacing w:after="0"/>
        <w:rPr>
          <w:rFonts w:ascii="Aptos" w:hAnsi="Aptos"/>
          <w:sz w:val="24"/>
          <w:szCs w:val="24"/>
        </w:rPr>
      </w:pPr>
      <w:r w:rsidRPr="00EA49AC">
        <w:rPr>
          <w:rFonts w:ascii="Aptos" w:hAnsi="Aptos"/>
          <w:sz w:val="24"/>
          <w:szCs w:val="24"/>
        </w:rPr>
        <w:t xml:space="preserve">The Americans with Disabilities Act </w:t>
      </w:r>
      <w:r w:rsidR="007A4160">
        <w:rPr>
          <w:rFonts w:ascii="Aptos" w:hAnsi="Aptos"/>
          <w:sz w:val="24"/>
          <w:szCs w:val="24"/>
        </w:rPr>
        <w:t>(ADA), p</w:t>
      </w:r>
      <w:r w:rsidRPr="00EA49AC">
        <w:rPr>
          <w:rFonts w:ascii="Aptos" w:hAnsi="Aptos"/>
          <w:sz w:val="24"/>
          <w:szCs w:val="24"/>
        </w:rPr>
        <w:t>assed in 1990</w:t>
      </w:r>
      <w:r w:rsidR="007A4160">
        <w:rPr>
          <w:rFonts w:ascii="Aptos" w:hAnsi="Aptos"/>
          <w:sz w:val="24"/>
          <w:szCs w:val="24"/>
        </w:rPr>
        <w:t xml:space="preserve">, </w:t>
      </w:r>
      <w:r w:rsidRPr="00EA49AC">
        <w:rPr>
          <w:rFonts w:ascii="Aptos" w:hAnsi="Aptos"/>
          <w:sz w:val="24"/>
          <w:szCs w:val="24"/>
        </w:rPr>
        <w:t xml:space="preserve">prohibits discrimination </w:t>
      </w:r>
      <w:r w:rsidR="00FF7F5D">
        <w:rPr>
          <w:rFonts w:ascii="Aptos" w:hAnsi="Aptos"/>
          <w:sz w:val="24"/>
          <w:szCs w:val="24"/>
        </w:rPr>
        <w:t>against</w:t>
      </w:r>
      <w:r w:rsidRPr="00EA49AC">
        <w:rPr>
          <w:rFonts w:ascii="Aptos" w:hAnsi="Aptos"/>
          <w:sz w:val="24"/>
          <w:szCs w:val="24"/>
        </w:rPr>
        <w:t xml:space="preserve"> qualified individuals with disabilities. Programs </w:t>
      </w:r>
      <w:r w:rsidR="007A4160">
        <w:rPr>
          <w:rFonts w:ascii="Aptos" w:hAnsi="Aptos"/>
          <w:sz w:val="24"/>
          <w:szCs w:val="24"/>
        </w:rPr>
        <w:t>may not</w:t>
      </w:r>
      <w:r w:rsidRPr="00EA49AC">
        <w:rPr>
          <w:rFonts w:ascii="Aptos" w:hAnsi="Aptos"/>
          <w:sz w:val="24"/>
          <w:szCs w:val="24"/>
        </w:rPr>
        <w:t xml:space="preserve"> discriminate in enrollment</w:t>
      </w:r>
      <w:r w:rsidR="004601DA">
        <w:rPr>
          <w:rFonts w:ascii="Aptos" w:hAnsi="Aptos"/>
          <w:sz w:val="24"/>
          <w:szCs w:val="24"/>
        </w:rPr>
        <w:t xml:space="preserve"> decisions</w:t>
      </w:r>
      <w:r w:rsidRPr="00EA49AC">
        <w:rPr>
          <w:rFonts w:ascii="Aptos" w:hAnsi="Aptos"/>
          <w:sz w:val="24"/>
          <w:szCs w:val="24"/>
        </w:rPr>
        <w:t xml:space="preserve">. </w:t>
      </w:r>
    </w:p>
    <w:p w:rsidR="004601DA" w:rsidRDefault="004601DA" w:rsidP="00705E8B">
      <w:pPr>
        <w:spacing w:after="0"/>
        <w:rPr>
          <w:rFonts w:ascii="Aptos" w:hAnsi="Aptos"/>
          <w:sz w:val="24"/>
          <w:szCs w:val="24"/>
        </w:rPr>
      </w:pPr>
    </w:p>
    <w:p w:rsidR="00A22B8A" w:rsidRDefault="00FF7F5D" w:rsidP="00705E8B">
      <w:pPr>
        <w:spacing w:after="0"/>
        <w:rPr>
          <w:rFonts w:ascii="Aptos" w:hAnsi="Aptos"/>
          <w:sz w:val="24"/>
          <w:szCs w:val="24"/>
        </w:rPr>
      </w:pPr>
      <w:r>
        <w:rPr>
          <w:rFonts w:ascii="Aptos" w:hAnsi="Aptos"/>
          <w:sz w:val="24"/>
          <w:szCs w:val="24"/>
        </w:rPr>
        <w:t>Bayside Presbyterian Preschool and Kindergarten</w:t>
      </w:r>
      <w:r w:rsidR="00EA49AC" w:rsidRPr="00EA49AC">
        <w:rPr>
          <w:rFonts w:ascii="Aptos" w:hAnsi="Aptos"/>
          <w:sz w:val="24"/>
          <w:szCs w:val="24"/>
        </w:rPr>
        <w:t xml:space="preserve"> will </w:t>
      </w:r>
      <w:r w:rsidR="004601DA">
        <w:rPr>
          <w:rFonts w:ascii="Aptos" w:hAnsi="Aptos"/>
          <w:sz w:val="24"/>
          <w:szCs w:val="24"/>
        </w:rPr>
        <w:t xml:space="preserve">make every effort </w:t>
      </w:r>
      <w:r w:rsidR="00EA49AC" w:rsidRPr="00EA49AC">
        <w:rPr>
          <w:rFonts w:ascii="Aptos" w:hAnsi="Aptos"/>
          <w:sz w:val="24"/>
          <w:szCs w:val="24"/>
        </w:rPr>
        <w:t>to accommodate the known disability of a qualified applicant</w:t>
      </w:r>
      <w:r w:rsidR="004601DA">
        <w:rPr>
          <w:rFonts w:ascii="Aptos" w:hAnsi="Aptos"/>
          <w:sz w:val="24"/>
          <w:szCs w:val="24"/>
        </w:rPr>
        <w:t xml:space="preserve">, provided </w:t>
      </w:r>
      <w:r w:rsidR="00EA49AC" w:rsidRPr="00EA49AC">
        <w:rPr>
          <w:rFonts w:ascii="Aptos" w:hAnsi="Aptos"/>
          <w:sz w:val="24"/>
          <w:szCs w:val="24"/>
        </w:rPr>
        <w:t xml:space="preserve">it </w:t>
      </w:r>
      <w:r w:rsidR="004601DA">
        <w:rPr>
          <w:rFonts w:ascii="Aptos" w:hAnsi="Aptos"/>
          <w:sz w:val="24"/>
          <w:szCs w:val="24"/>
        </w:rPr>
        <w:t xml:space="preserve">does not pose an </w:t>
      </w:r>
      <w:r w:rsidR="00EA49AC" w:rsidRPr="00EA49AC">
        <w:rPr>
          <w:rFonts w:ascii="Aptos" w:hAnsi="Aptos"/>
          <w:sz w:val="24"/>
          <w:szCs w:val="24"/>
        </w:rPr>
        <w:t>"undue hardship" on the operation of the school. Undue hardship is defined as an action requiring significant difficulty or expense</w:t>
      </w:r>
      <w:r w:rsidR="004601DA">
        <w:rPr>
          <w:rFonts w:ascii="Aptos" w:hAnsi="Aptos"/>
          <w:sz w:val="24"/>
          <w:szCs w:val="24"/>
        </w:rPr>
        <w:t xml:space="preserve">, </w:t>
      </w:r>
      <w:r w:rsidR="00EA49AC" w:rsidRPr="00EA49AC">
        <w:rPr>
          <w:rFonts w:ascii="Aptos" w:hAnsi="Aptos"/>
          <w:sz w:val="24"/>
          <w:szCs w:val="24"/>
        </w:rPr>
        <w:t>consider</w:t>
      </w:r>
      <w:r w:rsidR="004601DA">
        <w:rPr>
          <w:rFonts w:ascii="Aptos" w:hAnsi="Aptos"/>
          <w:sz w:val="24"/>
          <w:szCs w:val="24"/>
        </w:rPr>
        <w:t>ing</w:t>
      </w:r>
      <w:r w:rsidR="00EA49AC" w:rsidRPr="00EA49AC">
        <w:rPr>
          <w:rFonts w:ascii="Aptos" w:hAnsi="Aptos"/>
          <w:sz w:val="24"/>
          <w:szCs w:val="24"/>
        </w:rPr>
        <w:t xml:space="preserve"> factors such as financial resources and the nature and structure of its operation.</w:t>
      </w:r>
    </w:p>
    <w:p w:rsidR="00A22B8A" w:rsidRDefault="00A22B8A" w:rsidP="00705E8B">
      <w:pPr>
        <w:spacing w:after="0"/>
        <w:rPr>
          <w:rFonts w:ascii="Aptos" w:hAnsi="Aptos"/>
          <w:sz w:val="24"/>
          <w:szCs w:val="24"/>
        </w:rPr>
      </w:pPr>
    </w:p>
    <w:p w:rsidR="00A22B8A" w:rsidRDefault="00A22B8A" w:rsidP="00705E8B">
      <w:pPr>
        <w:spacing w:after="0"/>
        <w:rPr>
          <w:rFonts w:ascii="Aptos" w:hAnsi="Aptos"/>
          <w:sz w:val="24"/>
          <w:szCs w:val="24"/>
        </w:rPr>
      </w:pPr>
    </w:p>
    <w:p w:rsidR="00A22B8A" w:rsidRDefault="00A22B8A" w:rsidP="00705E8B">
      <w:pPr>
        <w:spacing w:after="0"/>
        <w:rPr>
          <w:rFonts w:ascii="Aptos" w:hAnsi="Aptos"/>
          <w:sz w:val="24"/>
          <w:szCs w:val="24"/>
        </w:rPr>
      </w:pPr>
    </w:p>
    <w:p w:rsidR="00727349" w:rsidRDefault="00727349" w:rsidP="00705E8B">
      <w:pPr>
        <w:spacing w:after="0"/>
        <w:rPr>
          <w:rFonts w:ascii="Aptos" w:hAnsi="Aptos"/>
          <w:sz w:val="24"/>
          <w:szCs w:val="24"/>
        </w:rPr>
      </w:pPr>
    </w:p>
    <w:p w:rsidR="00564A09" w:rsidRDefault="00564A09" w:rsidP="00705E8B">
      <w:pPr>
        <w:spacing w:after="0"/>
        <w:rPr>
          <w:rFonts w:ascii="Aptos" w:hAnsi="Aptos"/>
          <w:sz w:val="24"/>
          <w:szCs w:val="24"/>
        </w:rPr>
      </w:pPr>
    </w:p>
    <w:p w:rsidR="00564A09" w:rsidRPr="00564A09" w:rsidRDefault="00B76425" w:rsidP="00564A09">
      <w:pPr>
        <w:spacing w:after="0"/>
        <w:jc w:val="center"/>
        <w:rPr>
          <w:rFonts w:ascii="Aptos" w:hAnsi="Aptos"/>
          <w:b/>
          <w:bCs/>
          <w:sz w:val="24"/>
          <w:szCs w:val="24"/>
        </w:rPr>
      </w:pPr>
      <w:r>
        <w:rPr>
          <w:rFonts w:ascii="Aptos" w:hAnsi="Aptos"/>
          <w:noProof/>
          <w:sz w:val="24"/>
          <w:szCs w:val="24"/>
        </w:rPr>
        <mc:AlternateContent>
          <mc:Choice Requires="wps">
            <w:drawing>
              <wp:anchor distT="0" distB="0" distL="114300" distR="114300" simplePos="0" relativeHeight="251659264" behindDoc="0" locked="0" layoutInCell="1" allowOverlap="1">
                <wp:simplePos x="0" y="0"/>
                <wp:positionH relativeFrom="column">
                  <wp:posOffset>5854700</wp:posOffset>
                </wp:positionH>
                <wp:positionV relativeFrom="paragraph">
                  <wp:posOffset>156845</wp:posOffset>
                </wp:positionV>
                <wp:extent cx="1092200" cy="330200"/>
                <wp:effectExtent l="0" t="0" r="0" b="0"/>
                <wp:wrapNone/>
                <wp:docPr id="980335642" name="Text Box 2"/>
                <wp:cNvGraphicFramePr/>
                <a:graphic xmlns:a="http://schemas.openxmlformats.org/drawingml/2006/main">
                  <a:graphicData uri="http://schemas.microsoft.com/office/word/2010/wordprocessingShape">
                    <wps:wsp>
                      <wps:cNvSpPr txBox="1"/>
                      <wps:spPr>
                        <a:xfrm>
                          <a:off x="0" y="0"/>
                          <a:ext cx="1092200" cy="330200"/>
                        </a:xfrm>
                        <a:prstGeom prst="rect">
                          <a:avLst/>
                        </a:prstGeom>
                        <a:solidFill>
                          <a:schemeClr val="lt1"/>
                        </a:solidFill>
                        <a:ln w="6350">
                          <a:noFill/>
                        </a:ln>
                      </wps:spPr>
                      <wps:txbx>
                        <w:txbxContent>
                          <w:p w:rsidR="00B76425" w:rsidRPr="00B76425" w:rsidRDefault="00B76425">
                            <w:pPr>
                              <w:rPr>
                                <w:rFonts w:ascii="Aptos" w:hAnsi="Aptos"/>
                              </w:rPr>
                            </w:pPr>
                            <w:r>
                              <w:rPr>
                                <w:rFonts w:ascii="Aptos" w:hAnsi="Aptos"/>
                              </w:rPr>
                              <w:t>8/2025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1pt;margin-top:12.35pt;width:8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" fillcolor="white [3201]" stroked="f" strokeweight=".5pt">
                <v:textbox>
                  <w:txbxContent>
                    <w:p w:rsidR="00B76425" w:rsidRPr="00B76425" w:rsidRDefault="00B76425">
                      <w:pPr>
                        <w:rPr>
                          <w:rFonts w:ascii="Aptos" w:hAnsi="Aptos"/>
                        </w:rPr>
                      </w:pPr>
                      <w:r>
                        <w:rPr>
                          <w:rFonts w:ascii="Aptos" w:hAnsi="Aptos"/>
                        </w:rPr>
                        <w:t>8/2025</w:t>
                      </w:r>
                    </w:p>
                  </w:txbxContent>
                </v:textbox>
              </v:shape>
            </w:pict>
          </mc:Fallback>
        </mc:AlternateContent>
      </w:r>
      <w:r w:rsidR="00564A09">
        <w:rPr>
          <w:rFonts w:ascii="Aptos" w:hAnsi="Aptos"/>
          <w:b/>
          <w:bCs/>
          <w:sz w:val="24"/>
          <w:szCs w:val="24"/>
        </w:rPr>
        <w:t>10</w:t>
      </w:r>
    </w:p>
    <w:p w:rsidR="004601DA" w:rsidRPr="004601DA" w:rsidRDefault="004601DA" w:rsidP="005D1EF1">
      <w:pPr>
        <w:pStyle w:val="Heading1"/>
        <w:rPr>
          <w:rFonts w:ascii="Aptos" w:hAnsi="Aptos"/>
          <w:color w:val="auto"/>
        </w:rPr>
      </w:pPr>
      <w:r>
        <w:rPr>
          <w:rFonts w:ascii="Aptos" w:hAnsi="Aptos"/>
          <w:color w:val="auto"/>
        </w:rPr>
        <w:t xml:space="preserve">Please sign and return the Parent Acknowledgement form below.  </w:t>
      </w:r>
    </w:p>
    <w:p w:rsidR="004601DA" w:rsidRPr="00070EC9" w:rsidRDefault="00070EC9" w:rsidP="005D1EF1">
      <w:pPr>
        <w:pStyle w:val="Heading1"/>
        <w:rPr>
          <w:rFonts w:ascii="Aptos" w:hAnsi="Aptos"/>
          <w:color w:val="auto"/>
        </w:rPr>
      </w:pPr>
      <w:r>
        <w:rPr>
          <w:rFonts w:ascii="Aptos" w:hAnsi="Aptos"/>
          <w:color w:val="auto"/>
        </w:rPr>
        <w:t>-----------------------------------------------------------------------------------------------------------------</w:t>
      </w:r>
    </w:p>
    <w:p w:rsidR="005D1EF1" w:rsidRDefault="006327F5" w:rsidP="005D1EF1">
      <w:pPr>
        <w:pStyle w:val="Heading1"/>
        <w:rPr>
          <w:rFonts w:ascii="Aptos" w:hAnsi="Aptos"/>
        </w:rPr>
      </w:pPr>
      <w:r>
        <w:rPr>
          <w:rFonts w:ascii="Aptos" w:hAnsi="Aptos"/>
        </w:rPr>
        <w:t>Paren</w:t>
      </w:r>
      <w:r w:rsidR="005D1EF1" w:rsidRPr="007B22BA">
        <w:rPr>
          <w:rFonts w:ascii="Aptos" w:hAnsi="Aptos"/>
        </w:rPr>
        <w:t>t Acknowledgment Form</w:t>
      </w:r>
    </w:p>
    <w:p w:rsidR="005D1EF1" w:rsidRPr="00687A92" w:rsidRDefault="005D1EF1" w:rsidP="005D1EF1"/>
    <w:p w:rsidR="005D1EF1" w:rsidRPr="00687A92" w:rsidRDefault="005D1EF1" w:rsidP="005D1EF1">
      <w:pPr>
        <w:rPr>
          <w:rFonts w:ascii="Aptos" w:hAnsi="Aptos"/>
          <w:sz w:val="24"/>
          <w:szCs w:val="24"/>
        </w:rPr>
      </w:pPr>
      <w:r w:rsidRPr="00687A92">
        <w:rPr>
          <w:rFonts w:ascii="Aptos" w:hAnsi="Aptos"/>
          <w:sz w:val="24"/>
          <w:szCs w:val="24"/>
        </w:rPr>
        <w:t xml:space="preserve">I </w:t>
      </w:r>
      <w:r w:rsidR="004601DA">
        <w:rPr>
          <w:rFonts w:ascii="Aptos" w:hAnsi="Aptos"/>
          <w:sz w:val="24"/>
          <w:szCs w:val="24"/>
        </w:rPr>
        <w:t xml:space="preserve">acknowledge that I </w:t>
      </w:r>
      <w:r w:rsidRPr="00687A92">
        <w:rPr>
          <w:rFonts w:ascii="Aptos" w:hAnsi="Aptos"/>
          <w:sz w:val="24"/>
          <w:szCs w:val="24"/>
        </w:rPr>
        <w:t xml:space="preserve">have received and reviewed the Bayside Presbyterian Preschool &amp; Kindergarten Parent Handbook for the 2025–2026 school year. I understand the policies and procedures outlined in the handbook and agree to follow them </w:t>
      </w:r>
      <w:r w:rsidR="004601DA">
        <w:rPr>
          <w:rFonts w:ascii="Aptos" w:hAnsi="Aptos"/>
          <w:sz w:val="24"/>
          <w:szCs w:val="24"/>
        </w:rPr>
        <w:t>in</w:t>
      </w:r>
      <w:r w:rsidRPr="00687A92">
        <w:rPr>
          <w:rFonts w:ascii="Aptos" w:hAnsi="Aptos"/>
          <w:sz w:val="24"/>
          <w:szCs w:val="24"/>
        </w:rPr>
        <w:t xml:space="preserve"> support </w:t>
      </w:r>
      <w:r w:rsidR="004601DA">
        <w:rPr>
          <w:rFonts w:ascii="Aptos" w:hAnsi="Aptos"/>
          <w:sz w:val="24"/>
          <w:szCs w:val="24"/>
        </w:rPr>
        <w:t xml:space="preserve">of </w:t>
      </w:r>
      <w:r w:rsidRPr="00687A92">
        <w:rPr>
          <w:rFonts w:ascii="Aptos" w:hAnsi="Aptos"/>
          <w:sz w:val="24"/>
          <w:szCs w:val="24"/>
        </w:rPr>
        <w:t>the safe and nurturing environment provided by the school.</w:t>
      </w:r>
      <w:r w:rsidRPr="00687A92">
        <w:rPr>
          <w:rFonts w:ascii="Aptos" w:hAnsi="Aptos"/>
          <w:sz w:val="24"/>
          <w:szCs w:val="24"/>
        </w:rPr>
        <w:br/>
      </w:r>
      <w:r w:rsidRPr="00687A92">
        <w:rPr>
          <w:rFonts w:ascii="Aptos" w:hAnsi="Aptos"/>
          <w:sz w:val="24"/>
          <w:szCs w:val="24"/>
        </w:rPr>
        <w:br/>
      </w:r>
    </w:p>
    <w:p w:rsidR="005D1EF1" w:rsidRDefault="005D1EF1" w:rsidP="005D1EF1">
      <w:pPr>
        <w:rPr>
          <w:rFonts w:ascii="Aptos" w:hAnsi="Aptos"/>
          <w:sz w:val="24"/>
          <w:szCs w:val="24"/>
        </w:rPr>
      </w:pPr>
      <w:r w:rsidRPr="004601DA">
        <w:rPr>
          <w:rFonts w:ascii="Aptos" w:hAnsi="Aptos"/>
          <w:b/>
          <w:bCs/>
          <w:sz w:val="24"/>
          <w:szCs w:val="24"/>
        </w:rPr>
        <w:t>Child’s Name</w:t>
      </w:r>
      <w:r w:rsidRPr="00687A92">
        <w:rPr>
          <w:rFonts w:ascii="Aptos" w:hAnsi="Aptos"/>
          <w:sz w:val="24"/>
          <w:szCs w:val="24"/>
        </w:rPr>
        <w:t>: ____________________________________________</w:t>
      </w:r>
    </w:p>
    <w:p w:rsidR="004601DA" w:rsidRPr="004601DA" w:rsidRDefault="004601DA" w:rsidP="005D1EF1">
      <w:pPr>
        <w:rPr>
          <w:rFonts w:ascii="Aptos" w:hAnsi="Aptos"/>
          <w:b/>
          <w:bCs/>
          <w:sz w:val="24"/>
          <w:szCs w:val="24"/>
        </w:rPr>
      </w:pPr>
      <w:r>
        <w:rPr>
          <w:rFonts w:ascii="Aptos" w:hAnsi="Aptos"/>
          <w:b/>
          <w:bCs/>
          <w:sz w:val="24"/>
          <w:szCs w:val="24"/>
        </w:rPr>
        <w:t>Class: ____________________________________________________</w:t>
      </w:r>
    </w:p>
    <w:p w:rsidR="005D1EF1" w:rsidRPr="00687A92" w:rsidRDefault="005D1EF1" w:rsidP="005D1EF1">
      <w:pPr>
        <w:rPr>
          <w:rFonts w:ascii="Aptos" w:hAnsi="Aptos"/>
          <w:sz w:val="24"/>
          <w:szCs w:val="24"/>
        </w:rPr>
      </w:pPr>
      <w:r w:rsidRPr="004601DA">
        <w:rPr>
          <w:rFonts w:ascii="Aptos" w:hAnsi="Aptos"/>
          <w:b/>
          <w:bCs/>
          <w:sz w:val="24"/>
          <w:szCs w:val="24"/>
        </w:rPr>
        <w:t>Parent/Guardian Name</w:t>
      </w:r>
      <w:r w:rsidRPr="00687A92">
        <w:rPr>
          <w:rFonts w:ascii="Aptos" w:hAnsi="Aptos"/>
          <w:sz w:val="24"/>
          <w:szCs w:val="24"/>
        </w:rPr>
        <w:t>: ___________________________________</w:t>
      </w:r>
    </w:p>
    <w:p w:rsidR="005D1EF1" w:rsidRPr="00687A92" w:rsidRDefault="005D1EF1" w:rsidP="005D1EF1">
      <w:pPr>
        <w:rPr>
          <w:rFonts w:ascii="Aptos" w:hAnsi="Aptos"/>
          <w:sz w:val="24"/>
          <w:szCs w:val="24"/>
        </w:rPr>
      </w:pPr>
      <w:r w:rsidRPr="004601DA">
        <w:rPr>
          <w:rFonts w:ascii="Aptos" w:hAnsi="Aptos"/>
          <w:b/>
          <w:bCs/>
          <w:sz w:val="24"/>
          <w:szCs w:val="24"/>
        </w:rPr>
        <w:t>Signature</w:t>
      </w:r>
      <w:r w:rsidRPr="00687A92">
        <w:rPr>
          <w:rFonts w:ascii="Aptos" w:hAnsi="Aptos"/>
          <w:sz w:val="24"/>
          <w:szCs w:val="24"/>
        </w:rPr>
        <w:t>: ________________________________________________</w:t>
      </w:r>
    </w:p>
    <w:p w:rsidR="005D1EF1" w:rsidRPr="00687A92" w:rsidRDefault="005D1EF1" w:rsidP="005D1EF1">
      <w:pPr>
        <w:rPr>
          <w:rFonts w:ascii="Aptos" w:hAnsi="Aptos"/>
          <w:sz w:val="24"/>
          <w:szCs w:val="24"/>
        </w:rPr>
      </w:pPr>
      <w:r w:rsidRPr="004601DA">
        <w:rPr>
          <w:rFonts w:ascii="Aptos" w:hAnsi="Aptos"/>
          <w:b/>
          <w:bCs/>
          <w:sz w:val="24"/>
          <w:szCs w:val="24"/>
        </w:rPr>
        <w:t>Date</w:t>
      </w:r>
      <w:r w:rsidRPr="00687A92">
        <w:rPr>
          <w:rFonts w:ascii="Aptos" w:hAnsi="Aptos"/>
          <w:sz w:val="24"/>
          <w:szCs w:val="24"/>
        </w:rPr>
        <w:t>: _____________________________________________________</w:t>
      </w:r>
    </w:p>
    <w:p w:rsidR="005D1EF1" w:rsidRDefault="005D1EF1" w:rsidP="005D1EF1">
      <w:pPr>
        <w:rPr>
          <w:rFonts w:ascii="Aptos" w:hAnsi="Aptos"/>
        </w:rPr>
      </w:pPr>
    </w:p>
    <w:p w:rsidR="005D1EF1" w:rsidRDefault="005D1EF1" w:rsidP="005D1EF1">
      <w:pPr>
        <w:rPr>
          <w:rFonts w:ascii="Aptos" w:hAnsi="Aptos"/>
        </w:rPr>
      </w:pPr>
    </w:p>
    <w:p w:rsidR="004601DA" w:rsidRDefault="004601DA" w:rsidP="005D1EF1">
      <w:pPr>
        <w:rPr>
          <w:rFonts w:ascii="Aptos" w:hAnsi="Aptos"/>
        </w:rPr>
      </w:pPr>
    </w:p>
    <w:p w:rsidR="005D1EF1" w:rsidRDefault="005D1EF1"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Default="00FF7F5D" w:rsidP="007B22BA">
      <w:pPr>
        <w:spacing w:after="0"/>
        <w:rPr>
          <w:rFonts w:ascii="Aptos" w:hAnsi="Aptos"/>
          <w:sz w:val="24"/>
          <w:szCs w:val="24"/>
        </w:rPr>
      </w:pPr>
    </w:p>
    <w:p w:rsidR="00FF7F5D" w:rsidRPr="00687A92" w:rsidRDefault="00FF7F5D" w:rsidP="007B22BA">
      <w:pPr>
        <w:spacing w:after="0"/>
        <w:rPr>
          <w:rFonts w:ascii="Aptos" w:hAnsi="Aptos"/>
          <w:sz w:val="24"/>
          <w:szCs w:val="24"/>
        </w:rPr>
      </w:pPr>
    </w:p>
    <w:sectPr w:rsidR="00FF7F5D" w:rsidRPr="00687A92" w:rsidSect="00687A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344B9A"/>
    <w:multiLevelType w:val="hybridMultilevel"/>
    <w:tmpl w:val="1312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1E5377"/>
    <w:multiLevelType w:val="hybridMultilevel"/>
    <w:tmpl w:val="129C2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A6047"/>
    <w:multiLevelType w:val="hybridMultilevel"/>
    <w:tmpl w:val="907EA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874D5A"/>
    <w:multiLevelType w:val="hybridMultilevel"/>
    <w:tmpl w:val="871C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D90524"/>
    <w:multiLevelType w:val="hybridMultilevel"/>
    <w:tmpl w:val="D654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B670E"/>
    <w:multiLevelType w:val="hybridMultilevel"/>
    <w:tmpl w:val="BFF6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A9392C"/>
    <w:multiLevelType w:val="hybridMultilevel"/>
    <w:tmpl w:val="2FF8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C37DEE"/>
    <w:multiLevelType w:val="hybridMultilevel"/>
    <w:tmpl w:val="E75C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24447"/>
    <w:multiLevelType w:val="hybridMultilevel"/>
    <w:tmpl w:val="1A22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3461D"/>
    <w:multiLevelType w:val="hybridMultilevel"/>
    <w:tmpl w:val="1706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25EDA"/>
    <w:multiLevelType w:val="hybridMultilevel"/>
    <w:tmpl w:val="298E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2F54BC"/>
    <w:multiLevelType w:val="hybridMultilevel"/>
    <w:tmpl w:val="E53C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33E68"/>
    <w:multiLevelType w:val="hybridMultilevel"/>
    <w:tmpl w:val="A586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D0C4C"/>
    <w:multiLevelType w:val="hybridMultilevel"/>
    <w:tmpl w:val="C98C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C6BB3"/>
    <w:multiLevelType w:val="hybridMultilevel"/>
    <w:tmpl w:val="DB88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983773"/>
    <w:multiLevelType w:val="hybridMultilevel"/>
    <w:tmpl w:val="0426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B5AAB"/>
    <w:multiLevelType w:val="hybridMultilevel"/>
    <w:tmpl w:val="2B0AA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5F58BB"/>
    <w:multiLevelType w:val="hybridMultilevel"/>
    <w:tmpl w:val="8CEA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EE19FF"/>
    <w:multiLevelType w:val="hybridMultilevel"/>
    <w:tmpl w:val="82D0DD44"/>
    <w:lvl w:ilvl="0" w:tplc="BAC0CB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386677564">
    <w:abstractNumId w:val="8"/>
  </w:num>
  <w:num w:numId="2" w16cid:durableId="2004813477">
    <w:abstractNumId w:val="6"/>
  </w:num>
  <w:num w:numId="3" w16cid:durableId="1775855394">
    <w:abstractNumId w:val="5"/>
  </w:num>
  <w:num w:numId="4" w16cid:durableId="862212119">
    <w:abstractNumId w:val="4"/>
  </w:num>
  <w:num w:numId="5" w16cid:durableId="1042510890">
    <w:abstractNumId w:val="7"/>
  </w:num>
  <w:num w:numId="6" w16cid:durableId="2053262593">
    <w:abstractNumId w:val="3"/>
  </w:num>
  <w:num w:numId="7" w16cid:durableId="482621811">
    <w:abstractNumId w:val="2"/>
  </w:num>
  <w:num w:numId="8" w16cid:durableId="1329598713">
    <w:abstractNumId w:val="1"/>
  </w:num>
  <w:num w:numId="9" w16cid:durableId="574360082">
    <w:abstractNumId w:val="0"/>
  </w:num>
  <w:num w:numId="10" w16cid:durableId="1484204022">
    <w:abstractNumId w:val="21"/>
  </w:num>
  <w:num w:numId="11" w16cid:durableId="1351495802">
    <w:abstractNumId w:val="24"/>
  </w:num>
  <w:num w:numId="12" w16cid:durableId="1287807596">
    <w:abstractNumId w:val="15"/>
  </w:num>
  <w:num w:numId="13" w16cid:durableId="405734020">
    <w:abstractNumId w:val="27"/>
  </w:num>
  <w:num w:numId="14" w16cid:durableId="1199050957">
    <w:abstractNumId w:val="18"/>
  </w:num>
  <w:num w:numId="15" w16cid:durableId="526261731">
    <w:abstractNumId w:val="20"/>
  </w:num>
  <w:num w:numId="16" w16cid:durableId="80493944">
    <w:abstractNumId w:val="23"/>
  </w:num>
  <w:num w:numId="17" w16cid:durableId="208959880">
    <w:abstractNumId w:val="16"/>
  </w:num>
  <w:num w:numId="18" w16cid:durableId="1249001569">
    <w:abstractNumId w:val="12"/>
  </w:num>
  <w:num w:numId="19" w16cid:durableId="757479100">
    <w:abstractNumId w:val="14"/>
  </w:num>
  <w:num w:numId="20" w16cid:durableId="1721661308">
    <w:abstractNumId w:val="13"/>
  </w:num>
  <w:num w:numId="21" w16cid:durableId="1992059269">
    <w:abstractNumId w:val="25"/>
  </w:num>
  <w:num w:numId="22" w16cid:durableId="1507552000">
    <w:abstractNumId w:val="19"/>
  </w:num>
  <w:num w:numId="23" w16cid:durableId="1726754551">
    <w:abstractNumId w:val="26"/>
  </w:num>
  <w:num w:numId="24" w16cid:durableId="584849961">
    <w:abstractNumId w:val="22"/>
  </w:num>
  <w:num w:numId="25" w16cid:durableId="1373072727">
    <w:abstractNumId w:val="10"/>
  </w:num>
  <w:num w:numId="26" w16cid:durableId="1118765185">
    <w:abstractNumId w:val="9"/>
  </w:num>
  <w:num w:numId="27" w16cid:durableId="1146625042">
    <w:abstractNumId w:val="11"/>
  </w:num>
  <w:num w:numId="28" w16cid:durableId="10562051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0EC9"/>
    <w:rsid w:val="00084A68"/>
    <w:rsid w:val="000F680A"/>
    <w:rsid w:val="0015074B"/>
    <w:rsid w:val="001E79EF"/>
    <w:rsid w:val="00243794"/>
    <w:rsid w:val="00244BBE"/>
    <w:rsid w:val="00275C2C"/>
    <w:rsid w:val="002761AC"/>
    <w:rsid w:val="0029639D"/>
    <w:rsid w:val="00326F90"/>
    <w:rsid w:val="00394CB2"/>
    <w:rsid w:val="003954A4"/>
    <w:rsid w:val="003A0C20"/>
    <w:rsid w:val="003C09FF"/>
    <w:rsid w:val="004601DA"/>
    <w:rsid w:val="00463B08"/>
    <w:rsid w:val="00551651"/>
    <w:rsid w:val="00564A09"/>
    <w:rsid w:val="005A2605"/>
    <w:rsid w:val="005B246F"/>
    <w:rsid w:val="005B59B8"/>
    <w:rsid w:val="005D1EF1"/>
    <w:rsid w:val="006327F5"/>
    <w:rsid w:val="0064076D"/>
    <w:rsid w:val="00687A92"/>
    <w:rsid w:val="006B2DB8"/>
    <w:rsid w:val="00705E8B"/>
    <w:rsid w:val="00727349"/>
    <w:rsid w:val="00744BC3"/>
    <w:rsid w:val="007568F3"/>
    <w:rsid w:val="007921B7"/>
    <w:rsid w:val="007A0EDC"/>
    <w:rsid w:val="007A4160"/>
    <w:rsid w:val="007B22BA"/>
    <w:rsid w:val="00803247"/>
    <w:rsid w:val="00847E81"/>
    <w:rsid w:val="00885EC1"/>
    <w:rsid w:val="008B3680"/>
    <w:rsid w:val="008C0689"/>
    <w:rsid w:val="00A22B8A"/>
    <w:rsid w:val="00AA1D8D"/>
    <w:rsid w:val="00AB308B"/>
    <w:rsid w:val="00AD51B9"/>
    <w:rsid w:val="00AF12DF"/>
    <w:rsid w:val="00B31558"/>
    <w:rsid w:val="00B47730"/>
    <w:rsid w:val="00B76425"/>
    <w:rsid w:val="00C428D3"/>
    <w:rsid w:val="00C56907"/>
    <w:rsid w:val="00C97AF9"/>
    <w:rsid w:val="00CB0664"/>
    <w:rsid w:val="00DD0B70"/>
    <w:rsid w:val="00DD69CB"/>
    <w:rsid w:val="00E02C8B"/>
    <w:rsid w:val="00E03A09"/>
    <w:rsid w:val="00E73FCE"/>
    <w:rsid w:val="00E77E5A"/>
    <w:rsid w:val="00EA49AC"/>
    <w:rsid w:val="00EB05E3"/>
    <w:rsid w:val="00EB2652"/>
    <w:rsid w:val="00F077ED"/>
    <w:rsid w:val="00F36A50"/>
    <w:rsid w:val="00F82EBE"/>
    <w:rsid w:val="00F879F9"/>
    <w:rsid w:val="00FC693F"/>
    <w:rsid w:val="00FE68AE"/>
    <w:rsid w:val="00FF7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3E90E9"/>
  <w14:defaultImageDpi w14:val="300"/>
  <w15:docId w15:val="{E27EC7F1-4547-5B4D-A370-3D7F64A8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uv3um">
    <w:name w:val="uv3um"/>
    <w:basedOn w:val="DefaultParagraphFont"/>
    <w:rsid w:val="00275C2C"/>
  </w:style>
  <w:style w:type="character" w:styleId="Hyperlink">
    <w:name w:val="Hyperlink"/>
    <w:basedOn w:val="DefaultParagraphFont"/>
    <w:uiPriority w:val="99"/>
    <w:unhideWhenUsed/>
    <w:rsid w:val="00744BC3"/>
    <w:rPr>
      <w:color w:val="0000FF" w:themeColor="hyperlink"/>
      <w:u w:val="single"/>
    </w:rPr>
  </w:style>
  <w:style w:type="character" w:styleId="UnresolvedMention">
    <w:name w:val="Unresolved Mention"/>
    <w:basedOn w:val="DefaultParagraphFont"/>
    <w:uiPriority w:val="99"/>
    <w:semiHidden/>
    <w:unhideWhenUsed/>
    <w:rsid w:val="00744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reschool@baysidepresb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3342</Words>
  <Characters>19053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Kenneth Snyder</cp:lastModifiedBy>
  <cp:revision>2</cp:revision>
  <cp:lastPrinted>2025-08-23T02:02:00Z</cp:lastPrinted>
  <dcterms:created xsi:type="dcterms:W3CDTF">2025-08-23T22:51:00Z</dcterms:created>
  <dcterms:modified xsi:type="dcterms:W3CDTF">2025-08-23T22:51:00Z</dcterms:modified>
  <cp:category/>
</cp:coreProperties>
</file>